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bidi w:val="1"/>
        <w:jc w:val="right"/>
      </w:pPr>
      <w:r>
        <w:rPr>
          <w:rFonts w:ascii="Arial" w:hAnsi="Arial" w:cs="Arial"/>
          <w:b/>
          <w:sz w:val="32"/>
          <w:rtl w:val="1"/>
        </w:rPr>
        <w:t>הסכם צלם משנה</w:t>
      </w:r>
    </w:p>
    <w:p>
      <w:pPr>
        <w:spacing w:after="240"/>
        <w:bidi w:val="1"/>
        <w:jc w:val="right"/>
      </w:pPr>
      <w:r>
        <w:rPr>
          <w:rFonts w:ascii="Arial" w:hAnsi="Arial" w:cs="Arial"/>
          <w:b w:val="0"/>
          <w:sz w:val="22"/>
          <w:rtl w:val="1"/>
        </w:rPr>
        <w:t>הסכם צלם משנה הוא חוזה בין הצלם הראשי לצלם השני, לא בין הצלם השני ללקוח. הלקוח חתום מול הצלם הראשי בלבד, וכל מה שהצלם השני מצלם באירוע מגיע ללקוח דרכו. ההסכם קובע את התפקיד, את השעות, את התשלום, את העברת זכויות היוצרים לצלם הראשי, שאין קשר ישיר עם הלקוח, תוך כמה ימים נמסרים קבצי המקור, וסודיות. חתימה עליו לפני החתונה חוסכת את שתי השיחות הלא נעימות ביותר בענף: "למה הוא העלה סטורי מהחופה לפני הזוג" ו"למה הזוג מתכתב איתו ישירות על תמונות".</w:t>
      </w:r>
    </w:p>
    <w:p>
      <w:pPr>
        <w:spacing w:after="160"/>
        <w:bidi w:val="1"/>
        <w:jc w:val="right"/>
      </w:pPr>
      <w:r>
        <w:rPr>
          <w:rFonts w:ascii="Arial" w:hAnsi="Arial" w:cs="Arial"/>
          <w:b/>
          <w:sz w:val="22"/>
          <w:rtl w:val="1"/>
        </w:rPr>
        <w:t>1. הצדדים:</w:t>
      </w:r>
      <w:r>
        <w:rPr>
          <w:rFonts w:ascii="Arial" w:hAnsi="Arial" w:cs="Arial"/>
          <w:sz w:val="22"/>
          <w:rtl w:val="1"/>
        </w:rPr>
        <w:t xml:space="preserve"> הסכם זה נערך ונחתם ביום ______ בין ______ (להלן: "הצלם הראשי"), ע.מ. ______, טלפון ______, לבין ______ (להלן: "צלם המשנה"), ת.ז. / ע.מ. ______, טלפון ______.</w:t>
      </w:r>
    </w:p>
    <w:p>
      <w:pPr>
        <w:spacing w:after="160"/>
        <w:bidi w:val="1"/>
        <w:jc w:val="right"/>
      </w:pPr>
      <w:r>
        <w:rPr>
          <w:rFonts w:ascii="Arial" w:hAnsi="Arial" w:cs="Arial"/>
          <w:b/>
          <w:sz w:val="22"/>
          <w:rtl w:val="1"/>
        </w:rPr>
        <w:t>2. האירוע והתפקיד:</w:t>
      </w:r>
      <w:r>
        <w:rPr>
          <w:rFonts w:ascii="Arial" w:hAnsi="Arial" w:cs="Arial"/>
          <w:sz w:val="22"/>
          <w:rtl w:val="1"/>
        </w:rPr>
        <w:t xml:space="preserve"> צלם המשנה יצלם באירוע מסוג ______ שייערך ביום ______ ב-______, כחלק מצוות הצלם הראשי ובהנחייתו. תפקידו: זווית שנייה בחופה ובריקודים, צילום האורחים, פרטים ואווירה, ו-______. הצלם הראשי קובע את סדר היום, את המיקומים ואת סגנון הצילום, וצלם המשנה אינו מנהל את האירוע מול הלקוח.</w:t>
      </w:r>
    </w:p>
    <w:p>
      <w:pPr>
        <w:spacing w:after="160"/>
        <w:bidi w:val="1"/>
        <w:jc w:val="right"/>
      </w:pPr>
      <w:r>
        <w:rPr>
          <w:rFonts w:ascii="Arial" w:hAnsi="Arial" w:cs="Arial"/>
          <w:b/>
          <w:sz w:val="22"/>
          <w:rtl w:val="1"/>
        </w:rPr>
        <w:t>3. שעות:</w:t>
      </w:r>
      <w:r>
        <w:rPr>
          <w:rFonts w:ascii="Arial" w:hAnsi="Arial" w:cs="Arial"/>
          <w:sz w:val="22"/>
          <w:rtl w:val="1"/>
        </w:rPr>
        <w:t xml:space="preserve"> צלם המשנה יגיע למקום בשעה ______, ______ דקות לפני תחילת הצילום, ויצלם עד השעה ______. שעה נוספת מעבר לכך תשולם בסך ______ ₪, רק אם הצלם הראשי ביקש זאת במקום.</w:t>
      </w:r>
    </w:p>
    <w:p>
      <w:pPr>
        <w:spacing w:after="160"/>
        <w:bidi w:val="1"/>
        <w:jc w:val="right"/>
      </w:pPr>
      <w:r>
        <w:rPr>
          <w:rFonts w:ascii="Arial" w:hAnsi="Arial" w:cs="Arial"/>
          <w:b/>
          <w:sz w:val="22"/>
          <w:rtl w:val="1"/>
        </w:rPr>
        <w:t>4. תמורה:</w:t>
      </w:r>
      <w:r>
        <w:rPr>
          <w:rFonts w:ascii="Arial" w:hAnsi="Arial" w:cs="Arial"/>
          <w:sz w:val="22"/>
          <w:rtl w:val="1"/>
        </w:rPr>
        <w:t xml:space="preserve"> עבור עבודתו ישלם הצלם הראשי לצלם המשנה ______ ₪ (כולל / לא כולל מע"מ), בתוספת ______ ₪ נסיעות. התשלום ישולם תוך ______ ימים ממסירת הקבצים לפי סעיף 6, כנגד חשבונית / קבלה. צלם המשנה פועל כעצמאי, ואין בהסכם זה כדי ליצור יחסי עובד ומעסיק.</w:t>
      </w:r>
    </w:p>
    <w:p>
      <w:pPr>
        <w:spacing w:after="160"/>
        <w:bidi w:val="1"/>
        <w:jc w:val="right"/>
      </w:pPr>
      <w:r>
        <w:rPr>
          <w:rFonts w:ascii="Arial" w:hAnsi="Arial" w:cs="Arial"/>
          <w:b/>
          <w:sz w:val="22"/>
          <w:rtl w:val="1"/>
        </w:rPr>
        <w:t>5. ציוד:</w:t>
      </w:r>
      <w:r>
        <w:rPr>
          <w:rFonts w:ascii="Arial" w:hAnsi="Arial" w:cs="Arial"/>
          <w:sz w:val="22"/>
          <w:rtl w:val="1"/>
        </w:rPr>
        <w:t xml:space="preserve"> צלם המשנה מגיע עם הציוד שלו: ______ גופי מצלמה, עדשות ______, מבזק וכרטיסי זיכרון מספיקים לכל האירוע. הציוד באחריותו. במהלך האירוע יצלם על שני כרטיסים במקביל, ככל שהציוד מאפשר, ולא ימחק כרטיס לפני שהקבצים נמסרו ואושרו לפי סעיף 6.</w:t>
      </w:r>
    </w:p>
    <w:p>
      <w:pPr>
        <w:spacing w:after="160"/>
        <w:bidi w:val="1"/>
        <w:jc w:val="right"/>
      </w:pPr>
      <w:r>
        <w:rPr>
          <w:rFonts w:ascii="Arial" w:hAnsi="Arial" w:cs="Arial"/>
          <w:b/>
          <w:sz w:val="22"/>
          <w:rtl w:val="1"/>
        </w:rPr>
        <w:t>6. מסירת קבצי המקור:</w:t>
      </w:r>
      <w:r>
        <w:rPr>
          <w:rFonts w:ascii="Arial" w:hAnsi="Arial" w:cs="Arial"/>
          <w:sz w:val="22"/>
          <w:rtl w:val="1"/>
        </w:rPr>
        <w:t xml:space="preserve"> צלם המשנה ימסור לצלם הראשי את כל הקבצים שצילם באירוע, בפורמט RAW ו-JPG, ללא בחירה או מחיקה מצדו, תוך ______ ימים מהאירוע, באמצעות ______ (כונן, לינק להורדה או מסירה ביד). הצלם הראשי יאשר בכתב את קבלת הקבצים ואת גיבויים, ורק אחרי האישור ימחק צלם המשנה את העותקים שברשותו, תוך ______ ימים, למעט התמונות שאושרו לו לפרסום לפי סעיף 8.</w:t>
      </w:r>
    </w:p>
    <w:p>
      <w:pPr>
        <w:spacing w:after="160"/>
        <w:bidi w:val="1"/>
        <w:jc w:val="right"/>
      </w:pPr>
      <w:r>
        <w:rPr>
          <w:rFonts w:ascii="Arial" w:hAnsi="Arial" w:cs="Arial"/>
          <w:b/>
          <w:sz w:val="22"/>
          <w:rtl w:val="1"/>
        </w:rPr>
        <w:t>7. זכויות יוצרים:</w:t>
      </w:r>
      <w:r>
        <w:rPr>
          <w:rFonts w:ascii="Arial" w:hAnsi="Arial" w:cs="Arial"/>
          <w:sz w:val="22"/>
          <w:rtl w:val="1"/>
        </w:rPr>
        <w:t xml:space="preserve"> צלם המשנה מעביר בזאת לצלם הראשי, במסמך זה, את מלוא זכויות היוצרים בכל התמונות שיצלם באירוע, וזאת כנגד התמורה שבסעיף 4. צלם המשנה לא ימכור, לא ייתן רישיון ולא ימסור את התמונות או חלק מהן לאף אדם, לרבות הלקוח ואורחיו.</w:t>
      </w:r>
    </w:p>
    <w:p>
      <w:pPr>
        <w:spacing w:after="160"/>
        <w:bidi w:val="1"/>
        <w:jc w:val="right"/>
      </w:pPr>
      <w:r>
        <w:rPr>
          <w:rFonts w:ascii="Arial" w:hAnsi="Arial" w:cs="Arial"/>
          <w:b/>
          <w:sz w:val="22"/>
          <w:rtl w:val="1"/>
        </w:rPr>
        <w:t>8. פרסום ותיק עבודות:</w:t>
      </w:r>
      <w:r>
        <w:rPr>
          <w:rFonts w:ascii="Arial" w:hAnsi="Arial" w:cs="Arial"/>
          <w:sz w:val="22"/>
          <w:rtl w:val="1"/>
        </w:rPr>
        <w:t xml:space="preserve"> צלם המשנה רשאי לפרסם עד ______ תמונות מהאירוע בתיק העבודות שלו וברשתות החברתיות, רק לאחר שהצלם הראשי מסר את התמונות ללקוח ואישר בכתב את התמונות לפרסום, בציון "צולם עבור ______" וללא תיוג הלקוח או אורחיו. עד אז לא יפרסם צלם המשנה דבר מהאירוע, לרבות סטורי או תמונה מהנייד במהלך האירוע.</w:t>
      </w:r>
    </w:p>
    <w:p>
      <w:pPr>
        <w:spacing w:after="160"/>
        <w:bidi w:val="1"/>
        <w:jc w:val="right"/>
      </w:pPr>
      <w:r>
        <w:rPr>
          <w:rFonts w:ascii="Arial" w:hAnsi="Arial" w:cs="Arial"/>
          <w:b/>
          <w:sz w:val="22"/>
          <w:rtl w:val="1"/>
        </w:rPr>
        <w:t>9. אין קשר ישיר עם הלקוח:</w:t>
      </w:r>
      <w:r>
        <w:rPr>
          <w:rFonts w:ascii="Arial" w:hAnsi="Arial" w:cs="Arial"/>
          <w:sz w:val="22"/>
          <w:rtl w:val="1"/>
        </w:rPr>
        <w:t xml:space="preserve"> צלם המשנה לא ימסור ללקוח או לאורחים את פרטי הקשר שלו, לא יציע להם שירותי צילום, ולא יענה על שאלות בעניין מסירה, מחירים או תמונות, אלא יפנה כל פנייה לצלם הראשי. במשך ______ חודשים מהאירוע לא יקבל צלם המשנה עבודה ישירה מהלקוח, אלא באישור הצלם הראשי בכתב.</w:t>
      </w:r>
    </w:p>
    <w:p>
      <w:pPr>
        <w:spacing w:after="160"/>
        <w:bidi w:val="1"/>
        <w:jc w:val="right"/>
      </w:pPr>
      <w:r>
        <w:rPr>
          <w:rFonts w:ascii="Arial" w:hAnsi="Arial" w:cs="Arial"/>
          <w:b/>
          <w:sz w:val="22"/>
          <w:rtl w:val="1"/>
        </w:rPr>
        <w:t>10. סודיות:</w:t>
      </w:r>
      <w:r>
        <w:rPr>
          <w:rFonts w:ascii="Arial" w:hAnsi="Arial" w:cs="Arial"/>
          <w:sz w:val="22"/>
          <w:rtl w:val="1"/>
        </w:rPr>
        <w:t xml:space="preserve"> פרטי הלקוח, פרטי האירוע, המחירים, שיטות העבודה של הצלם הראשי וכל מידע שהגיע לצלם המשנה במסגרת הסכם זה יישארו חסויים, גם לאחר סיומו.</w:t>
      </w:r>
    </w:p>
    <w:p>
      <w:pPr>
        <w:spacing w:after="160"/>
        <w:bidi w:val="1"/>
        <w:jc w:val="right"/>
      </w:pPr>
      <w:r>
        <w:rPr>
          <w:rFonts w:ascii="Arial" w:hAnsi="Arial" w:cs="Arial"/>
          <w:b/>
          <w:sz w:val="22"/>
          <w:rtl w:val="1"/>
        </w:rPr>
        <w:t>11. התנהגות במקום:</w:t>
      </w:r>
      <w:r>
        <w:rPr>
          <w:rFonts w:ascii="Arial" w:hAnsi="Arial" w:cs="Arial"/>
          <w:sz w:val="22"/>
          <w:rtl w:val="1"/>
        </w:rPr>
        <w:t xml:space="preserve"> צלם המשנה יגיע בלבוש ______, יציג את עצמו כחלק מהצוות של הצלם הראשי, לא ישתה אלכוהול במהלך העבודה, ולא ישתמש בנייד לצילום או לפרסום במהלך האירוע.</w:t>
      </w:r>
    </w:p>
    <w:p>
      <w:pPr>
        <w:spacing w:after="160"/>
        <w:bidi w:val="1"/>
        <w:jc w:val="right"/>
      </w:pPr>
      <w:r>
        <w:rPr>
          <w:rFonts w:ascii="Arial" w:hAnsi="Arial" w:cs="Arial"/>
          <w:b/>
          <w:sz w:val="22"/>
          <w:rtl w:val="1"/>
        </w:rPr>
        <w:t>12. ביטול:</w:t>
      </w:r>
      <w:r>
        <w:rPr>
          <w:rFonts w:ascii="Arial" w:hAnsi="Arial" w:cs="Arial"/>
          <w:sz w:val="22"/>
          <w:rtl w:val="1"/>
        </w:rPr>
        <w:t xml:space="preserve"> אם צלם המשנה יבטל פחות מ-______ ימים לפני האירוע, יעמיד מחליף ברמה דומה באישור הצלם הראשי, ואם לא יימצא מחליף ישלם לצלם הראשי ______ ₪. אם הצלם הראשי יבטל את ההזמנה פחות מ-______ ימים לפני האירוע (למשל כי האירוע בוטל), ישלם לצלם המשנה ______% מהתמורה שבסעיף 4.</w:t>
      </w:r>
    </w:p>
    <w:p>
      <w:pPr>
        <w:spacing w:after="160"/>
        <w:bidi w:val="1"/>
        <w:jc w:val="right"/>
      </w:pPr>
      <w:r>
        <w:rPr>
          <w:rFonts w:ascii="Arial" w:hAnsi="Arial" w:cs="Arial"/>
          <w:b/>
          <w:sz w:val="22"/>
          <w:rtl w:val="1"/>
        </w:rPr>
        <w:t>13. חתימות:</w:t>
      </w:r>
      <w:r>
        <w:rPr>
          <w:rFonts w:ascii="Arial" w:hAnsi="Arial" w:cs="Arial"/>
          <w:sz w:val="22"/>
          <w:rtl w:val="1"/>
        </w:rPr>
        <w:t xml:space="preserve"> הצדדים קראו את ההסכם, הבינו את תוכנו ומסכימים לו. הצלם הראשי: ______ תאריך: ______ חתימה: ______. צלם המשנה: ______ תאריך: ______ חתימה: ______.</w:t>
      </w:r>
    </w:p>
    <w:p>
      <w:pPr>
        <w:spacing w:after="200"/>
        <w:bidi w:val="1"/>
        <w:jc w:val="right"/>
      </w:pPr>
      <w:r>
        <w:rPr>
          <w:rFonts w:ascii="Arial" w:hAnsi="Arial" w:cs="Arial"/>
          <w:b w:val="0"/>
          <w:sz w:val="22"/>
          <w:rtl w:val="1"/>
        </w:rPr>
      </w:r>
    </w:p>
    <w:p>
      <w:pPr>
        <w:spacing w:after="160"/>
        <w:bidi w:val="1"/>
        <w:jc w:val="right"/>
      </w:pPr>
      <w:r>
        <w:rPr>
          <w:rFonts w:ascii="Arial" w:hAnsi="Arial" w:cs="Arial"/>
          <w:b w:val="0"/>
          <w:sz w:val="22"/>
          <w:rtl w:val="1"/>
        </w:rPr>
        <w:t>חתימה: ______________________    תאריך: ____________</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