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bidi w:val="1"/>
        <w:jc w:val="right"/>
      </w:pPr>
      <w:r>
        <w:rPr>
          <w:rFonts w:ascii="Arial" w:hAnsi="Arial" w:cs="Arial"/>
          <w:b/>
          <w:sz w:val="32"/>
          <w:rtl w:val="1"/>
        </w:rPr>
        <w:t>הצעת מחיר לדוגמא: הטבלה המלאה</w:t>
      </w:r>
    </w:p>
    <w:p>
      <w:pPr>
        <w:spacing w:after="200"/>
        <w:bidi w:val="1"/>
        <w:jc w:val="right"/>
      </w:pPr>
      <w:r>
        <w:rPr>
          <w:rFonts w:ascii="Arial" w:hAnsi="Arial" w:cs="Arial"/>
          <w:b w:val="0"/>
          <w:sz w:val="22"/>
          <w:rtl w:val="1"/>
        </w:rPr>
        <w:t>הטבלה הבאה היא הצעת מחיר לצילום חתונה, והיא עובדת גם לבר מצווה, לברית, לאירוע חברה או לצילומי משפחה: מוחקים את השורות שלא רלוונטיות ומשאירים את השלד. הקווים התחתונים הם המקומות שממלאים. את המחירים כותבים ליחידה (שעה, תמונה, אלבום) ולא רק כסכום כולל, כי כך הלקוח מבין מה הוא מקבל, ואתם יכולים להוריד או להוסיף שורה בלי לתמחר הכל מחדש.</w:t>
      </w:r>
    </w:p>
    <w:p>
      <w:pPr>
        <w:spacing w:after="80"/>
        <w:bidi w:val="1"/>
        <w:jc w:val="right"/>
      </w:pPr>
      <w:r>
        <w:rPr>
          <w:rFonts w:ascii="Arial" w:hAnsi="Arial" w:cs="Arial"/>
          <w:b w:val="0"/>
          <w:sz w:val="22"/>
          <w:rtl w:val="1"/>
        </w:rPr>
        <w:t>1. פרטי העסק. שם העסק או הצלם ______, מספר עוסק ______, כתובת ______, טלפון ______, מייל ______. הלוגו בראש העמוד.</w:t>
      </w:r>
    </w:p>
    <w:p>
      <w:pPr>
        <w:spacing w:after="80"/>
        <w:bidi w:val="1"/>
        <w:jc w:val="right"/>
      </w:pPr>
      <w:r>
        <w:rPr>
          <w:rFonts w:ascii="Arial" w:hAnsi="Arial" w:cs="Arial"/>
          <w:b w:val="0"/>
          <w:sz w:val="22"/>
          <w:rtl w:val="1"/>
        </w:rPr>
        <w:t>2. פרטי הלקוח. שם ______, טלפון ______, מייל ______.</w:t>
      </w:r>
    </w:p>
    <w:p>
      <w:pPr>
        <w:spacing w:after="80"/>
        <w:bidi w:val="1"/>
        <w:jc w:val="right"/>
      </w:pPr>
      <w:r>
        <w:rPr>
          <w:rFonts w:ascii="Arial" w:hAnsi="Arial" w:cs="Arial"/>
          <w:b w:val="0"/>
          <w:sz w:val="22"/>
          <w:rtl w:val="1"/>
        </w:rPr>
        <w:t>3. מספר ההצעה ותאריך. הצעת מחיר מספר ______ מיום ______. מספר רץ עוזר לכם למצוא את ההצעה כשהלקוח חוזר אחרי חודשיים.</w:t>
      </w:r>
    </w:p>
    <w:p>
      <w:pPr>
        <w:spacing w:after="80"/>
        <w:bidi w:val="1"/>
        <w:jc w:val="right"/>
      </w:pPr>
      <w:r>
        <w:rPr>
          <w:rFonts w:ascii="Arial" w:hAnsi="Arial" w:cs="Arial"/>
          <w:b w:val="0"/>
          <w:sz w:val="22"/>
          <w:rtl w:val="1"/>
        </w:rPr>
        <w:t>4. האירוע. סוג האירוע ______, תאריך ______, מקום ______, משעה ______ עד שעה ______.</w:t>
      </w:r>
    </w:p>
    <w:p>
      <w:pPr>
        <w:spacing w:after="80"/>
        <w:bidi w:val="1"/>
        <w:jc w:val="right"/>
      </w:pPr>
      <w:r>
        <w:rPr>
          <w:rFonts w:ascii="Arial" w:hAnsi="Arial" w:cs="Arial"/>
          <w:b w:val="0"/>
          <w:sz w:val="22"/>
          <w:rtl w:val="1"/>
        </w:rPr>
        <w:t>5. תוקף ההצעה. ההצעה בתוקף עד ______ (תאריך מפורש). התאריך אינו שמור עד לקבלת המקדמה ולחתימה על הסכם.</w:t>
      </w:r>
    </w:p>
    <w:p>
      <w:pPr>
        <w:spacing w:after="80"/>
        <w:bidi w:val="1"/>
        <w:jc w:val="right"/>
      </w:pPr>
      <w:r>
        <w:rPr>
          <w:rFonts w:ascii="Arial" w:hAnsi="Arial" w:cs="Arial"/>
          <w:b w:val="0"/>
          <w:sz w:val="22"/>
          <w:rtl w:val="1"/>
        </w:rPr>
        <w:t>6. מקדמה. ______ ₪ (או ______% מהסכום הכולל) לשמירת התאריך, משולמת במעמד החתימה על ההסכם.</w:t>
      </w:r>
    </w:p>
    <w:p>
      <w:pPr>
        <w:spacing w:after="80"/>
        <w:bidi w:val="1"/>
        <w:jc w:val="right"/>
      </w:pPr>
      <w:r>
        <w:rPr>
          <w:rFonts w:ascii="Arial" w:hAnsi="Arial" w:cs="Arial"/>
          <w:b w:val="0"/>
          <w:sz w:val="22"/>
          <w:rtl w:val="1"/>
        </w:rPr>
        <w:t>7. תנאי תשלום. היתרה תשולם כך: ______ ₪ עד ______ ימים לפני האירוע, ______ ₪ במסירת הגלריה. אמצעי תשלום: ______.</w:t>
      </w:r>
    </w:p>
    <w:p>
      <w:pPr>
        <w:spacing w:after="80"/>
        <w:bidi w:val="1"/>
        <w:jc w:val="right"/>
      </w:pPr>
      <w:r>
        <w:rPr>
          <w:rFonts w:ascii="Arial" w:hAnsi="Arial" w:cs="Arial"/>
          <w:b w:val="0"/>
          <w:sz w:val="22"/>
          <w:rtl w:val="1"/>
        </w:rPr>
        <w:t>8. מה לא כלול. ______ (למשל: שעות צילום נוספות, אלבום, הדפסות, צלם שני, קבצי RAW, נסיעות מעבר ל-______ ק"מ).</w:t>
      </w:r>
    </w:p>
    <w:p>
      <w:pPr>
        <w:spacing w:after="80"/>
        <w:bidi w:val="1"/>
        <w:jc w:val="right"/>
      </w:pPr>
      <w:r>
        <w:rPr>
          <w:rFonts w:ascii="Arial" w:hAnsi="Arial" w:cs="Arial"/>
          <w:b w:val="0"/>
          <w:sz w:val="22"/>
          <w:rtl w:val="1"/>
        </w:rPr>
        <w:t>9. מע"מ. המחירים ______ (כוללים / אינם כוללים) מע"מ, לפי מעמד העסק שלכם.</w:t>
      </w:r>
    </w:p>
    <w:p>
      <w:pPr>
        <w:spacing w:after="80"/>
        <w:bidi w:val="1"/>
        <w:jc w:val="right"/>
      </w:pPr>
      <w:r>
        <w:rPr>
          <w:rFonts w:ascii="Arial" w:hAnsi="Arial" w:cs="Arial"/>
          <w:b w:val="0"/>
          <w:sz w:val="22"/>
          <w:rtl w:val="1"/>
        </w:rPr>
        <w:t>10. הערות. ______ (בקשות מיוחדות של הלקוח, מה סוכם בטלפון, תנאים לשעות נוספות).</w:t>
      </w:r>
    </w:p>
    <w:p>
      <w:pPr>
        <w:spacing w:after="120"/>
        <w:bidi w:val="1"/>
        <w:jc w:val="right"/>
      </w:pPr>
      <w:r>
        <w:rPr>
          <w:rFonts w:ascii="Arial" w:hAnsi="Arial" w:cs="Arial"/>
          <w:b w:val="0"/>
          <w:sz w:val="22"/>
          <w:rtl w:val="1"/>
        </w:rPr>
      </w:r>
    </w:p>
    <w:tbl>
      <w:tblPr>
        <w:tblStyle w:val="TableGrid"/>
        <w:tblW w:type="auto" w:w="0"/>
        <w:tblLook w:firstColumn="1" w:firstRow="1" w:lastColumn="0" w:lastRow="0" w:noHBand="0" w:noVBand="1" w:val="04A0"/>
        <w:bidiVisual/>
      </w:tblPr>
      <w:tblGrid>
        <w:gridCol w:w="2436"/>
        <w:gridCol w:w="2436"/>
        <w:gridCol w:w="2436"/>
        <w:gridCol w:w="2436"/>
      </w:tblGrid>
      <w:tr>
        <w:tc>
          <w:tcPr>
            <w:tcW w:type="dxa" w:w="2436"/>
          </w:tcPr>
          <w:p>
            <w:pPr>
              <w:bidi w:val="1"/>
              <w:jc w:val="right"/>
            </w:pPr>
            <w:r>
              <w:rPr>
                <w:rFonts w:ascii="Arial" w:hAnsi="Arial" w:cs="Arial"/>
                <w:rtl w:val="1"/>
              </w:rPr>
            </w:r>
            <w:r>
              <w:rPr>
                <w:rFonts w:ascii="Arial" w:hAnsi="Arial" w:cs="Arial"/>
                <w:b/>
                <w:rtl w:val="1"/>
              </w:rPr>
              <w:t>פריט</w:t>
            </w:r>
          </w:p>
        </w:tc>
        <w:tc>
          <w:tcPr>
            <w:tcW w:type="dxa" w:w="2436"/>
          </w:tcPr>
          <w:p>
            <w:pPr>
              <w:bidi w:val="1"/>
              <w:jc w:val="right"/>
            </w:pPr>
            <w:r>
              <w:rPr>
                <w:rFonts w:ascii="Arial" w:hAnsi="Arial" w:cs="Arial"/>
                <w:rtl w:val="1"/>
              </w:rPr>
            </w:r>
            <w:r>
              <w:rPr>
                <w:rFonts w:ascii="Arial" w:hAnsi="Arial" w:cs="Arial"/>
                <w:b/>
                <w:rtl w:val="1"/>
              </w:rPr>
              <w:t>כמות</w:t>
            </w:r>
          </w:p>
        </w:tc>
        <w:tc>
          <w:tcPr>
            <w:tcW w:type="dxa" w:w="2436"/>
          </w:tcPr>
          <w:p>
            <w:pPr>
              <w:bidi w:val="1"/>
              <w:jc w:val="right"/>
            </w:pPr>
            <w:r>
              <w:rPr>
                <w:rFonts w:ascii="Arial" w:hAnsi="Arial" w:cs="Arial"/>
                <w:rtl w:val="1"/>
              </w:rPr>
            </w:r>
            <w:r>
              <w:rPr>
                <w:rFonts w:ascii="Arial" w:hAnsi="Arial" w:cs="Arial"/>
                <w:b/>
                <w:rtl w:val="1"/>
              </w:rPr>
              <w:t>מחיר ליחידה</w:t>
            </w:r>
          </w:p>
        </w:tc>
        <w:tc>
          <w:tcPr>
            <w:tcW w:type="dxa" w:w="2436"/>
          </w:tcPr>
          <w:p>
            <w:pPr>
              <w:bidi w:val="1"/>
              <w:jc w:val="right"/>
            </w:pPr>
            <w:r>
              <w:rPr>
                <w:rFonts w:ascii="Arial" w:hAnsi="Arial" w:cs="Arial"/>
                <w:rtl w:val="1"/>
              </w:rPr>
            </w:r>
            <w:r>
              <w:rPr>
                <w:rFonts w:ascii="Arial" w:hAnsi="Arial" w:cs="Arial"/>
                <w:b/>
                <w:rtl w:val="1"/>
              </w:rPr>
              <w:t>סה"כ</w:t>
            </w:r>
          </w:p>
        </w:tc>
      </w:tr>
      <w:tr>
        <w:tc>
          <w:tcPr>
            <w:tcW w:type="dxa" w:w="2436"/>
          </w:tcPr>
          <w:p>
            <w:pPr>
              <w:bidi w:val="1"/>
              <w:jc w:val="right"/>
            </w:pPr>
            <w:r>
              <w:rPr>
                <w:rFonts w:ascii="Arial" w:hAnsi="Arial" w:cs="Arial"/>
                <w:rtl w:val="1"/>
              </w:rPr>
            </w:r>
            <w:r>
              <w:rPr>
                <w:rFonts w:ascii="Arial" w:hAnsi="Arial" w:cs="Arial"/>
                <w:rtl w:val="1"/>
              </w:rPr>
              <w:t>צילום האירוע (משעה ______ עד שעה ______)</w:t>
            </w:r>
          </w:p>
        </w:tc>
        <w:tc>
          <w:tcPr>
            <w:tcW w:type="dxa" w:w="2436"/>
          </w:tcPr>
          <w:p>
            <w:pPr>
              <w:bidi w:val="1"/>
              <w:jc w:val="right"/>
            </w:pPr>
            <w:r>
              <w:rPr>
                <w:rFonts w:ascii="Arial" w:hAnsi="Arial" w:cs="Arial"/>
                <w:rtl w:val="1"/>
              </w:rPr>
            </w:r>
            <w:r>
              <w:rPr>
                <w:rFonts w:ascii="Arial" w:hAnsi="Arial" w:cs="Arial"/>
                <w:rtl w:val="1"/>
              </w:rPr>
              <w:t>______ שעות</w:t>
            </w:r>
          </w:p>
        </w:tc>
        <w:tc>
          <w:tcPr>
            <w:tcW w:type="dxa" w:w="2436"/>
          </w:tcPr>
          <w:p>
            <w:pPr>
              <w:bidi w:val="1"/>
              <w:jc w:val="right"/>
            </w:pPr>
            <w:r>
              <w:rPr>
                <w:rFonts w:ascii="Arial" w:hAnsi="Arial" w:cs="Arial"/>
                <w:rtl w:val="1"/>
              </w:rPr>
            </w:r>
            <w:r>
              <w:rPr>
                <w:rFonts w:ascii="Arial" w:hAnsi="Arial" w:cs="Arial"/>
                <w:rtl w:val="1"/>
              </w:rPr>
              <w:t>______ ₪</w:t>
            </w:r>
          </w:p>
        </w:tc>
        <w:tc>
          <w:tcPr>
            <w:tcW w:type="dxa" w:w="2436"/>
          </w:tcPr>
          <w:p>
            <w:pPr>
              <w:bidi w:val="1"/>
              <w:jc w:val="right"/>
            </w:pPr>
            <w:r>
              <w:rPr>
                <w:rFonts w:ascii="Arial" w:hAnsi="Arial" w:cs="Arial"/>
                <w:rtl w:val="1"/>
              </w:rPr>
            </w:r>
            <w:r>
              <w:rPr>
                <w:rFonts w:ascii="Arial" w:hAnsi="Arial" w:cs="Arial"/>
                <w:rtl w:val="1"/>
              </w:rPr>
              <w:t>______ ₪</w:t>
            </w:r>
          </w:p>
        </w:tc>
      </w:tr>
      <w:tr>
        <w:tc>
          <w:tcPr>
            <w:tcW w:type="dxa" w:w="2436"/>
          </w:tcPr>
          <w:p>
            <w:pPr>
              <w:bidi w:val="1"/>
              <w:jc w:val="right"/>
            </w:pPr>
            <w:r>
              <w:rPr>
                <w:rFonts w:ascii="Arial" w:hAnsi="Arial" w:cs="Arial"/>
                <w:rtl w:val="1"/>
              </w:rPr>
            </w:r>
            <w:r>
              <w:rPr>
                <w:rFonts w:ascii="Arial" w:hAnsi="Arial" w:cs="Arial"/>
                <w:rtl w:val="1"/>
              </w:rPr>
              <w:t>שעת צילום נוספת מעבר לשעות שסוכמו</w:t>
            </w:r>
          </w:p>
        </w:tc>
        <w:tc>
          <w:tcPr>
            <w:tcW w:type="dxa" w:w="2436"/>
          </w:tcPr>
          <w:p>
            <w:pPr>
              <w:bidi w:val="1"/>
              <w:jc w:val="right"/>
            </w:pPr>
            <w:r>
              <w:rPr>
                <w:rFonts w:ascii="Arial" w:hAnsi="Arial" w:cs="Arial"/>
                <w:rtl w:val="1"/>
              </w:rPr>
            </w:r>
            <w:r>
              <w:rPr>
                <w:rFonts w:ascii="Arial" w:hAnsi="Arial" w:cs="Arial"/>
                <w:rtl w:val="1"/>
              </w:rPr>
              <w:t>לפי הצורך</w:t>
            </w:r>
          </w:p>
        </w:tc>
        <w:tc>
          <w:tcPr>
            <w:tcW w:type="dxa" w:w="2436"/>
          </w:tcPr>
          <w:p>
            <w:pPr>
              <w:bidi w:val="1"/>
              <w:jc w:val="right"/>
            </w:pPr>
            <w:r>
              <w:rPr>
                <w:rFonts w:ascii="Arial" w:hAnsi="Arial" w:cs="Arial"/>
                <w:rtl w:val="1"/>
              </w:rPr>
            </w:r>
            <w:r>
              <w:rPr>
                <w:rFonts w:ascii="Arial" w:hAnsi="Arial" w:cs="Arial"/>
                <w:rtl w:val="1"/>
              </w:rPr>
              <w:t>______ ₪</w:t>
            </w:r>
          </w:p>
        </w:tc>
        <w:tc>
          <w:tcPr>
            <w:tcW w:type="dxa" w:w="2436"/>
          </w:tcPr>
          <w:p>
            <w:pPr>
              <w:bidi w:val="1"/>
              <w:jc w:val="right"/>
            </w:pPr>
            <w:r>
              <w:rPr>
                <w:rFonts w:ascii="Arial" w:hAnsi="Arial" w:cs="Arial"/>
                <w:rtl w:val="1"/>
              </w:rPr>
            </w:r>
            <w:r>
              <w:rPr>
                <w:rFonts w:ascii="Arial" w:hAnsi="Arial" w:cs="Arial"/>
                <w:rtl w:val="1"/>
              </w:rPr>
              <w:t>______ ₪</w:t>
            </w:r>
          </w:p>
        </w:tc>
      </w:tr>
      <w:tr>
        <w:tc>
          <w:tcPr>
            <w:tcW w:type="dxa" w:w="2436"/>
          </w:tcPr>
          <w:p>
            <w:pPr>
              <w:bidi w:val="1"/>
              <w:jc w:val="right"/>
            </w:pPr>
            <w:r>
              <w:rPr>
                <w:rFonts w:ascii="Arial" w:hAnsi="Arial" w:cs="Arial"/>
                <w:rtl w:val="1"/>
              </w:rPr>
            </w:r>
            <w:r>
              <w:rPr>
                <w:rFonts w:ascii="Arial" w:hAnsi="Arial" w:cs="Arial"/>
                <w:rtl w:val="1"/>
              </w:rPr>
              <w:t>צלם שני</w:t>
            </w:r>
          </w:p>
        </w:tc>
        <w:tc>
          <w:tcPr>
            <w:tcW w:type="dxa" w:w="2436"/>
          </w:tcPr>
          <w:p>
            <w:pPr>
              <w:bidi w:val="1"/>
              <w:jc w:val="right"/>
            </w:pPr>
            <w:r>
              <w:rPr>
                <w:rFonts w:ascii="Arial" w:hAnsi="Arial" w:cs="Arial"/>
                <w:rtl w:val="1"/>
              </w:rPr>
            </w:r>
            <w:r>
              <w:rPr>
                <w:rFonts w:ascii="Arial" w:hAnsi="Arial" w:cs="Arial"/>
                <w:rtl w:val="1"/>
              </w:rPr>
              <w:t>______ שעות</w:t>
            </w:r>
          </w:p>
        </w:tc>
        <w:tc>
          <w:tcPr>
            <w:tcW w:type="dxa" w:w="2436"/>
          </w:tcPr>
          <w:p>
            <w:pPr>
              <w:bidi w:val="1"/>
              <w:jc w:val="right"/>
            </w:pPr>
            <w:r>
              <w:rPr>
                <w:rFonts w:ascii="Arial" w:hAnsi="Arial" w:cs="Arial"/>
                <w:rtl w:val="1"/>
              </w:rPr>
            </w:r>
            <w:r>
              <w:rPr>
                <w:rFonts w:ascii="Arial" w:hAnsi="Arial" w:cs="Arial"/>
                <w:rtl w:val="1"/>
              </w:rPr>
              <w:t>______ ₪</w:t>
            </w:r>
          </w:p>
        </w:tc>
        <w:tc>
          <w:tcPr>
            <w:tcW w:type="dxa" w:w="2436"/>
          </w:tcPr>
          <w:p>
            <w:pPr>
              <w:bidi w:val="1"/>
              <w:jc w:val="right"/>
            </w:pPr>
            <w:r>
              <w:rPr>
                <w:rFonts w:ascii="Arial" w:hAnsi="Arial" w:cs="Arial"/>
                <w:rtl w:val="1"/>
              </w:rPr>
            </w:r>
            <w:r>
              <w:rPr>
                <w:rFonts w:ascii="Arial" w:hAnsi="Arial" w:cs="Arial"/>
                <w:rtl w:val="1"/>
              </w:rPr>
              <w:t>______ ₪</w:t>
            </w:r>
          </w:p>
        </w:tc>
      </w:tr>
      <w:tr>
        <w:tc>
          <w:tcPr>
            <w:tcW w:type="dxa" w:w="2436"/>
          </w:tcPr>
          <w:p>
            <w:pPr>
              <w:bidi w:val="1"/>
              <w:jc w:val="right"/>
            </w:pPr>
            <w:r>
              <w:rPr>
                <w:rFonts w:ascii="Arial" w:hAnsi="Arial" w:cs="Arial"/>
                <w:rtl w:val="1"/>
              </w:rPr>
            </w:r>
            <w:r>
              <w:rPr>
                <w:rFonts w:ascii="Arial" w:hAnsi="Arial" w:cs="Arial"/>
                <w:rtl w:val="1"/>
              </w:rPr>
              <w:t>צילומי הכנות (בבית או במלון)</w:t>
            </w:r>
          </w:p>
        </w:tc>
        <w:tc>
          <w:tcPr>
            <w:tcW w:type="dxa" w:w="2436"/>
          </w:tcPr>
          <w:p>
            <w:pPr>
              <w:bidi w:val="1"/>
              <w:jc w:val="right"/>
            </w:pPr>
            <w:r>
              <w:rPr>
                <w:rFonts w:ascii="Arial" w:hAnsi="Arial" w:cs="Arial"/>
                <w:rtl w:val="1"/>
              </w:rPr>
            </w:r>
            <w:r>
              <w:rPr>
                <w:rFonts w:ascii="Arial" w:hAnsi="Arial" w:cs="Arial"/>
                <w:rtl w:val="1"/>
              </w:rPr>
              <w:t>1</w:t>
            </w:r>
          </w:p>
        </w:tc>
        <w:tc>
          <w:tcPr>
            <w:tcW w:type="dxa" w:w="2436"/>
          </w:tcPr>
          <w:p>
            <w:pPr>
              <w:bidi w:val="1"/>
              <w:jc w:val="right"/>
            </w:pPr>
            <w:r>
              <w:rPr>
                <w:rFonts w:ascii="Arial" w:hAnsi="Arial" w:cs="Arial"/>
                <w:rtl w:val="1"/>
              </w:rPr>
            </w:r>
            <w:r>
              <w:rPr>
                <w:rFonts w:ascii="Arial" w:hAnsi="Arial" w:cs="Arial"/>
                <w:rtl w:val="1"/>
              </w:rPr>
              <w:t>______ ₪</w:t>
            </w:r>
          </w:p>
        </w:tc>
        <w:tc>
          <w:tcPr>
            <w:tcW w:type="dxa" w:w="2436"/>
          </w:tcPr>
          <w:p>
            <w:pPr>
              <w:bidi w:val="1"/>
              <w:jc w:val="right"/>
            </w:pPr>
            <w:r>
              <w:rPr>
                <w:rFonts w:ascii="Arial" w:hAnsi="Arial" w:cs="Arial"/>
                <w:rtl w:val="1"/>
              </w:rPr>
            </w:r>
            <w:r>
              <w:rPr>
                <w:rFonts w:ascii="Arial" w:hAnsi="Arial" w:cs="Arial"/>
                <w:rtl w:val="1"/>
              </w:rPr>
              <w:t>______ ₪</w:t>
            </w:r>
          </w:p>
        </w:tc>
      </w:tr>
      <w:tr>
        <w:tc>
          <w:tcPr>
            <w:tcW w:type="dxa" w:w="2436"/>
          </w:tcPr>
          <w:p>
            <w:pPr>
              <w:bidi w:val="1"/>
              <w:jc w:val="right"/>
            </w:pPr>
            <w:r>
              <w:rPr>
                <w:rFonts w:ascii="Arial" w:hAnsi="Arial" w:cs="Arial"/>
                <w:rtl w:val="1"/>
              </w:rPr>
            </w:r>
            <w:r>
              <w:rPr>
                <w:rFonts w:ascii="Arial" w:hAnsi="Arial" w:cs="Arial"/>
                <w:rtl w:val="1"/>
              </w:rPr>
              <w:t>צילומי מקדים (סשן זוגי לפני האירוע)</w:t>
            </w:r>
          </w:p>
        </w:tc>
        <w:tc>
          <w:tcPr>
            <w:tcW w:type="dxa" w:w="2436"/>
          </w:tcPr>
          <w:p>
            <w:pPr>
              <w:bidi w:val="1"/>
              <w:jc w:val="right"/>
            </w:pPr>
            <w:r>
              <w:rPr>
                <w:rFonts w:ascii="Arial" w:hAnsi="Arial" w:cs="Arial"/>
                <w:rtl w:val="1"/>
              </w:rPr>
            </w:r>
            <w:r>
              <w:rPr>
                <w:rFonts w:ascii="Arial" w:hAnsi="Arial" w:cs="Arial"/>
                <w:rtl w:val="1"/>
              </w:rPr>
              <w:t>1</w:t>
            </w:r>
          </w:p>
        </w:tc>
        <w:tc>
          <w:tcPr>
            <w:tcW w:type="dxa" w:w="2436"/>
          </w:tcPr>
          <w:p>
            <w:pPr>
              <w:bidi w:val="1"/>
              <w:jc w:val="right"/>
            </w:pPr>
            <w:r>
              <w:rPr>
                <w:rFonts w:ascii="Arial" w:hAnsi="Arial" w:cs="Arial"/>
                <w:rtl w:val="1"/>
              </w:rPr>
            </w:r>
            <w:r>
              <w:rPr>
                <w:rFonts w:ascii="Arial" w:hAnsi="Arial" w:cs="Arial"/>
                <w:rtl w:val="1"/>
              </w:rPr>
              <w:t>______ ₪</w:t>
            </w:r>
          </w:p>
        </w:tc>
        <w:tc>
          <w:tcPr>
            <w:tcW w:type="dxa" w:w="2436"/>
          </w:tcPr>
          <w:p>
            <w:pPr>
              <w:bidi w:val="1"/>
              <w:jc w:val="right"/>
            </w:pPr>
            <w:r>
              <w:rPr>
                <w:rFonts w:ascii="Arial" w:hAnsi="Arial" w:cs="Arial"/>
                <w:rtl w:val="1"/>
              </w:rPr>
            </w:r>
            <w:r>
              <w:rPr>
                <w:rFonts w:ascii="Arial" w:hAnsi="Arial" w:cs="Arial"/>
                <w:rtl w:val="1"/>
              </w:rPr>
              <w:t>______ ₪</w:t>
            </w:r>
          </w:p>
        </w:tc>
      </w:tr>
      <w:tr>
        <w:tc>
          <w:tcPr>
            <w:tcW w:type="dxa" w:w="2436"/>
          </w:tcPr>
          <w:p>
            <w:pPr>
              <w:bidi w:val="1"/>
              <w:jc w:val="right"/>
            </w:pPr>
            <w:r>
              <w:rPr>
                <w:rFonts w:ascii="Arial" w:hAnsi="Arial" w:cs="Arial"/>
                <w:rtl w:val="1"/>
              </w:rPr>
            </w:r>
            <w:r>
              <w:rPr>
                <w:rFonts w:ascii="Arial" w:hAnsi="Arial" w:cs="Arial"/>
                <w:rtl w:val="1"/>
              </w:rPr>
              <w:t>עריכת תמונות נבחרות</w:t>
            </w:r>
          </w:p>
        </w:tc>
        <w:tc>
          <w:tcPr>
            <w:tcW w:type="dxa" w:w="2436"/>
          </w:tcPr>
          <w:p>
            <w:pPr>
              <w:bidi w:val="1"/>
              <w:jc w:val="right"/>
            </w:pPr>
            <w:r>
              <w:rPr>
                <w:rFonts w:ascii="Arial" w:hAnsi="Arial" w:cs="Arial"/>
                <w:rtl w:val="1"/>
              </w:rPr>
            </w:r>
            <w:r>
              <w:rPr>
                <w:rFonts w:ascii="Arial" w:hAnsi="Arial" w:cs="Arial"/>
                <w:rtl w:val="1"/>
              </w:rPr>
              <w:t>______ תמונות</w:t>
            </w:r>
          </w:p>
        </w:tc>
        <w:tc>
          <w:tcPr>
            <w:tcW w:type="dxa" w:w="2436"/>
          </w:tcPr>
          <w:p>
            <w:pPr>
              <w:bidi w:val="1"/>
              <w:jc w:val="right"/>
            </w:pPr>
            <w:r>
              <w:rPr>
                <w:rFonts w:ascii="Arial" w:hAnsi="Arial" w:cs="Arial"/>
                <w:rtl w:val="1"/>
              </w:rPr>
            </w:r>
            <w:r>
              <w:rPr>
                <w:rFonts w:ascii="Arial" w:hAnsi="Arial" w:cs="Arial"/>
                <w:rtl w:val="1"/>
              </w:rPr>
              <w:t>______ ₪</w:t>
            </w:r>
          </w:p>
        </w:tc>
        <w:tc>
          <w:tcPr>
            <w:tcW w:type="dxa" w:w="2436"/>
          </w:tcPr>
          <w:p>
            <w:pPr>
              <w:bidi w:val="1"/>
              <w:jc w:val="right"/>
            </w:pPr>
            <w:r>
              <w:rPr>
                <w:rFonts w:ascii="Arial" w:hAnsi="Arial" w:cs="Arial"/>
                <w:rtl w:val="1"/>
              </w:rPr>
            </w:r>
            <w:r>
              <w:rPr>
                <w:rFonts w:ascii="Arial" w:hAnsi="Arial" w:cs="Arial"/>
                <w:rtl w:val="1"/>
              </w:rPr>
              <w:t>______ ₪</w:t>
            </w:r>
          </w:p>
        </w:tc>
      </w:tr>
      <w:tr>
        <w:tc>
          <w:tcPr>
            <w:tcW w:type="dxa" w:w="2436"/>
          </w:tcPr>
          <w:p>
            <w:pPr>
              <w:bidi w:val="1"/>
              <w:jc w:val="right"/>
            </w:pPr>
            <w:r>
              <w:rPr>
                <w:rFonts w:ascii="Arial" w:hAnsi="Arial" w:cs="Arial"/>
                <w:rtl w:val="1"/>
              </w:rPr>
            </w:r>
            <w:r>
              <w:rPr>
                <w:rFonts w:ascii="Arial" w:hAnsi="Arial" w:cs="Arial"/>
                <w:rtl w:val="1"/>
              </w:rPr>
              <w:t>גלריה דיגיטלית פרטית לבחירה ולמסירה</w:t>
            </w:r>
          </w:p>
        </w:tc>
        <w:tc>
          <w:tcPr>
            <w:tcW w:type="dxa" w:w="2436"/>
          </w:tcPr>
          <w:p>
            <w:pPr>
              <w:bidi w:val="1"/>
              <w:jc w:val="right"/>
            </w:pPr>
            <w:r>
              <w:rPr>
                <w:rFonts w:ascii="Arial" w:hAnsi="Arial" w:cs="Arial"/>
                <w:rtl w:val="1"/>
              </w:rPr>
            </w:r>
            <w:r>
              <w:rPr>
                <w:rFonts w:ascii="Arial" w:hAnsi="Arial" w:cs="Arial"/>
                <w:rtl w:val="1"/>
              </w:rPr>
              <w:t>1</w:t>
            </w:r>
          </w:p>
        </w:tc>
        <w:tc>
          <w:tcPr>
            <w:tcW w:type="dxa" w:w="2436"/>
          </w:tcPr>
          <w:p>
            <w:pPr>
              <w:bidi w:val="1"/>
              <w:jc w:val="right"/>
            </w:pPr>
            <w:r>
              <w:rPr>
                <w:rFonts w:ascii="Arial" w:hAnsi="Arial" w:cs="Arial"/>
                <w:rtl w:val="1"/>
              </w:rPr>
            </w:r>
            <w:r>
              <w:rPr>
                <w:rFonts w:ascii="Arial" w:hAnsi="Arial" w:cs="Arial"/>
                <w:rtl w:val="1"/>
              </w:rPr>
              <w:t>______ ₪</w:t>
            </w:r>
          </w:p>
        </w:tc>
        <w:tc>
          <w:tcPr>
            <w:tcW w:type="dxa" w:w="2436"/>
          </w:tcPr>
          <w:p>
            <w:pPr>
              <w:bidi w:val="1"/>
              <w:jc w:val="right"/>
            </w:pPr>
            <w:r>
              <w:rPr>
                <w:rFonts w:ascii="Arial" w:hAnsi="Arial" w:cs="Arial"/>
                <w:rtl w:val="1"/>
              </w:rPr>
            </w:r>
            <w:r>
              <w:rPr>
                <w:rFonts w:ascii="Arial" w:hAnsi="Arial" w:cs="Arial"/>
                <w:rtl w:val="1"/>
              </w:rPr>
              <w:t>______ ₪</w:t>
            </w:r>
          </w:p>
        </w:tc>
      </w:tr>
      <w:tr>
        <w:tc>
          <w:tcPr>
            <w:tcW w:type="dxa" w:w="2436"/>
          </w:tcPr>
          <w:p>
            <w:pPr>
              <w:bidi w:val="1"/>
              <w:jc w:val="right"/>
            </w:pPr>
            <w:r>
              <w:rPr>
                <w:rFonts w:ascii="Arial" w:hAnsi="Arial" w:cs="Arial"/>
                <w:rtl w:val="1"/>
              </w:rPr>
            </w:r>
            <w:r>
              <w:rPr>
                <w:rFonts w:ascii="Arial" w:hAnsi="Arial" w:cs="Arial"/>
                <w:rtl w:val="1"/>
              </w:rPr>
              <w:t>אלבום מעוצב (______ עמודים, ______ ס"מ)</w:t>
            </w:r>
          </w:p>
        </w:tc>
        <w:tc>
          <w:tcPr>
            <w:tcW w:type="dxa" w:w="2436"/>
          </w:tcPr>
          <w:p>
            <w:pPr>
              <w:bidi w:val="1"/>
              <w:jc w:val="right"/>
            </w:pPr>
            <w:r>
              <w:rPr>
                <w:rFonts w:ascii="Arial" w:hAnsi="Arial" w:cs="Arial"/>
                <w:rtl w:val="1"/>
              </w:rPr>
            </w:r>
            <w:r>
              <w:rPr>
                <w:rFonts w:ascii="Arial" w:hAnsi="Arial" w:cs="Arial"/>
                <w:rtl w:val="1"/>
              </w:rPr>
              <w:t>1</w:t>
            </w:r>
          </w:p>
        </w:tc>
        <w:tc>
          <w:tcPr>
            <w:tcW w:type="dxa" w:w="2436"/>
          </w:tcPr>
          <w:p>
            <w:pPr>
              <w:bidi w:val="1"/>
              <w:jc w:val="right"/>
            </w:pPr>
            <w:r>
              <w:rPr>
                <w:rFonts w:ascii="Arial" w:hAnsi="Arial" w:cs="Arial"/>
                <w:rtl w:val="1"/>
              </w:rPr>
            </w:r>
            <w:r>
              <w:rPr>
                <w:rFonts w:ascii="Arial" w:hAnsi="Arial" w:cs="Arial"/>
                <w:rtl w:val="1"/>
              </w:rPr>
              <w:t>______ ₪</w:t>
            </w:r>
          </w:p>
        </w:tc>
        <w:tc>
          <w:tcPr>
            <w:tcW w:type="dxa" w:w="2436"/>
          </w:tcPr>
          <w:p>
            <w:pPr>
              <w:bidi w:val="1"/>
              <w:jc w:val="right"/>
            </w:pPr>
            <w:r>
              <w:rPr>
                <w:rFonts w:ascii="Arial" w:hAnsi="Arial" w:cs="Arial"/>
                <w:rtl w:val="1"/>
              </w:rPr>
            </w:r>
            <w:r>
              <w:rPr>
                <w:rFonts w:ascii="Arial" w:hAnsi="Arial" w:cs="Arial"/>
                <w:rtl w:val="1"/>
              </w:rPr>
              <w:t>______ ₪</w:t>
            </w:r>
          </w:p>
        </w:tc>
      </w:tr>
      <w:tr>
        <w:tc>
          <w:tcPr>
            <w:tcW w:type="dxa" w:w="2436"/>
          </w:tcPr>
          <w:p>
            <w:pPr>
              <w:bidi w:val="1"/>
              <w:jc w:val="right"/>
            </w:pPr>
            <w:r>
              <w:rPr>
                <w:rFonts w:ascii="Arial" w:hAnsi="Arial" w:cs="Arial"/>
                <w:rtl w:val="1"/>
              </w:rPr>
            </w:r>
            <w:r>
              <w:rPr>
                <w:rFonts w:ascii="Arial" w:hAnsi="Arial" w:cs="Arial"/>
                <w:rtl w:val="1"/>
              </w:rPr>
              <w:t>אלבום הורים (עותק מוקטן)</w:t>
            </w:r>
          </w:p>
        </w:tc>
        <w:tc>
          <w:tcPr>
            <w:tcW w:type="dxa" w:w="2436"/>
          </w:tcPr>
          <w:p>
            <w:pPr>
              <w:bidi w:val="1"/>
              <w:jc w:val="right"/>
            </w:pPr>
            <w:r>
              <w:rPr>
                <w:rFonts w:ascii="Arial" w:hAnsi="Arial" w:cs="Arial"/>
                <w:rtl w:val="1"/>
              </w:rPr>
            </w:r>
            <w:r>
              <w:rPr>
                <w:rFonts w:ascii="Arial" w:hAnsi="Arial" w:cs="Arial"/>
                <w:rtl w:val="1"/>
              </w:rPr>
              <w:t>______</w:t>
            </w:r>
          </w:p>
        </w:tc>
        <w:tc>
          <w:tcPr>
            <w:tcW w:type="dxa" w:w="2436"/>
          </w:tcPr>
          <w:p>
            <w:pPr>
              <w:bidi w:val="1"/>
              <w:jc w:val="right"/>
            </w:pPr>
            <w:r>
              <w:rPr>
                <w:rFonts w:ascii="Arial" w:hAnsi="Arial" w:cs="Arial"/>
                <w:rtl w:val="1"/>
              </w:rPr>
            </w:r>
            <w:r>
              <w:rPr>
                <w:rFonts w:ascii="Arial" w:hAnsi="Arial" w:cs="Arial"/>
                <w:rtl w:val="1"/>
              </w:rPr>
              <w:t>______ ₪</w:t>
            </w:r>
          </w:p>
        </w:tc>
        <w:tc>
          <w:tcPr>
            <w:tcW w:type="dxa" w:w="2436"/>
          </w:tcPr>
          <w:p>
            <w:pPr>
              <w:bidi w:val="1"/>
              <w:jc w:val="right"/>
            </w:pPr>
            <w:r>
              <w:rPr>
                <w:rFonts w:ascii="Arial" w:hAnsi="Arial" w:cs="Arial"/>
                <w:rtl w:val="1"/>
              </w:rPr>
            </w:r>
            <w:r>
              <w:rPr>
                <w:rFonts w:ascii="Arial" w:hAnsi="Arial" w:cs="Arial"/>
                <w:rtl w:val="1"/>
              </w:rPr>
              <w:t>______ ₪</w:t>
            </w:r>
          </w:p>
        </w:tc>
      </w:tr>
      <w:tr>
        <w:tc>
          <w:tcPr>
            <w:tcW w:type="dxa" w:w="2436"/>
          </w:tcPr>
          <w:p>
            <w:pPr>
              <w:bidi w:val="1"/>
              <w:jc w:val="right"/>
            </w:pPr>
            <w:r>
              <w:rPr>
                <w:rFonts w:ascii="Arial" w:hAnsi="Arial" w:cs="Arial"/>
                <w:rtl w:val="1"/>
              </w:rPr>
            </w:r>
            <w:r>
              <w:rPr>
                <w:rFonts w:ascii="Arial" w:hAnsi="Arial" w:cs="Arial"/>
                <w:rtl w:val="1"/>
              </w:rPr>
              <w:t>נסיעות (מעבר ל-______ ק"מ מהסטודיו)</w:t>
            </w:r>
          </w:p>
        </w:tc>
        <w:tc>
          <w:tcPr>
            <w:tcW w:type="dxa" w:w="2436"/>
          </w:tcPr>
          <w:p>
            <w:pPr>
              <w:bidi w:val="1"/>
              <w:jc w:val="right"/>
            </w:pPr>
            <w:r>
              <w:rPr>
                <w:rFonts w:ascii="Arial" w:hAnsi="Arial" w:cs="Arial"/>
                <w:rtl w:val="1"/>
              </w:rPr>
            </w:r>
            <w:r>
              <w:rPr>
                <w:rFonts w:ascii="Arial" w:hAnsi="Arial" w:cs="Arial"/>
                <w:rtl w:val="1"/>
              </w:rPr>
              <w:t>______ ק"מ</w:t>
            </w:r>
          </w:p>
        </w:tc>
        <w:tc>
          <w:tcPr>
            <w:tcW w:type="dxa" w:w="2436"/>
          </w:tcPr>
          <w:p>
            <w:pPr>
              <w:bidi w:val="1"/>
              <w:jc w:val="right"/>
            </w:pPr>
            <w:r>
              <w:rPr>
                <w:rFonts w:ascii="Arial" w:hAnsi="Arial" w:cs="Arial"/>
                <w:rtl w:val="1"/>
              </w:rPr>
            </w:r>
            <w:r>
              <w:rPr>
                <w:rFonts w:ascii="Arial" w:hAnsi="Arial" w:cs="Arial"/>
                <w:rtl w:val="1"/>
              </w:rPr>
              <w:t>______ ₪</w:t>
            </w:r>
          </w:p>
        </w:tc>
        <w:tc>
          <w:tcPr>
            <w:tcW w:type="dxa" w:w="2436"/>
          </w:tcPr>
          <w:p>
            <w:pPr>
              <w:bidi w:val="1"/>
              <w:jc w:val="right"/>
            </w:pPr>
            <w:r>
              <w:rPr>
                <w:rFonts w:ascii="Arial" w:hAnsi="Arial" w:cs="Arial"/>
                <w:rtl w:val="1"/>
              </w:rPr>
            </w:r>
            <w:r>
              <w:rPr>
                <w:rFonts w:ascii="Arial" w:hAnsi="Arial" w:cs="Arial"/>
                <w:rtl w:val="1"/>
              </w:rPr>
              <w:t>______ ₪</w:t>
            </w:r>
          </w:p>
        </w:tc>
      </w:tr>
      <w:tr>
        <w:tc>
          <w:tcPr>
            <w:tcW w:type="dxa" w:w="2436"/>
          </w:tcPr>
          <w:p>
            <w:pPr>
              <w:bidi w:val="1"/>
              <w:jc w:val="right"/>
            </w:pPr>
            <w:r>
              <w:rPr>
                <w:rFonts w:ascii="Arial" w:hAnsi="Arial" w:cs="Arial"/>
                <w:rtl w:val="1"/>
              </w:rPr>
            </w:r>
            <w:r>
              <w:rPr>
                <w:rFonts w:ascii="Arial" w:hAnsi="Arial" w:cs="Arial"/>
                <w:rtl w:val="1"/>
              </w:rPr>
              <w:t>סה"כ (______ מע"מ)</w:t>
            </w:r>
          </w:p>
        </w:tc>
        <w:tc>
          <w:tcPr>
            <w:tcW w:type="dxa" w:w="2436"/>
          </w:tcPr>
          <w:p>
            <w:pPr>
              <w:bidi w:val="1"/>
              <w:jc w:val="right"/>
            </w:pPr>
            <w:r>
              <w:rPr>
                <w:rFonts w:ascii="Arial" w:hAnsi="Arial" w:cs="Arial"/>
                <w:rtl w:val="1"/>
              </w:rPr>
            </w:r>
            <w:r>
              <w:rPr>
                <w:rFonts w:ascii="Arial" w:hAnsi="Arial" w:cs="Arial"/>
                <w:rtl w:val="1"/>
              </w:rPr>
            </w:r>
          </w:p>
        </w:tc>
        <w:tc>
          <w:tcPr>
            <w:tcW w:type="dxa" w:w="2436"/>
          </w:tcPr>
          <w:p>
            <w:pPr>
              <w:bidi w:val="1"/>
              <w:jc w:val="right"/>
            </w:pPr>
            <w:r>
              <w:rPr>
                <w:rFonts w:ascii="Arial" w:hAnsi="Arial" w:cs="Arial"/>
                <w:rtl w:val="1"/>
              </w:rPr>
            </w:r>
            <w:r>
              <w:rPr>
                <w:rFonts w:ascii="Arial" w:hAnsi="Arial" w:cs="Arial"/>
                <w:rtl w:val="1"/>
              </w:rPr>
            </w:r>
          </w:p>
        </w:tc>
        <w:tc>
          <w:tcPr>
            <w:tcW w:type="dxa" w:w="2436"/>
          </w:tcPr>
          <w:p>
            <w:pPr>
              <w:bidi w:val="1"/>
              <w:jc w:val="right"/>
            </w:pPr>
            <w:r>
              <w:rPr>
                <w:rFonts w:ascii="Arial" w:hAnsi="Arial" w:cs="Arial"/>
                <w:rtl w:val="1"/>
              </w:rPr>
            </w:r>
            <w:r>
              <w:rPr>
                <w:rFonts w:ascii="Arial" w:hAnsi="Arial" w:cs="Arial"/>
                <w:rtl w:val="1"/>
              </w:rPr>
              <w:t>______ ₪</w:t>
            </w:r>
          </w:p>
        </w:tc>
      </w:tr>
      <w:tr>
        <w:tc>
          <w:tcPr>
            <w:tcW w:type="dxa" w:w="2436"/>
          </w:tcPr>
          <w:p>
            <w:pPr>
              <w:bidi w:val="1"/>
              <w:jc w:val="right"/>
            </w:pPr>
            <w:r>
              <w:rPr>
                <w:rFonts w:ascii="Arial" w:hAnsi="Arial" w:cs="Arial"/>
                <w:rtl w:val="1"/>
              </w:rPr>
            </w:r>
            <w:r>
              <w:rPr>
                <w:rFonts w:ascii="Arial" w:hAnsi="Arial" w:cs="Arial"/>
                <w:rtl w:val="1"/>
              </w:rPr>
              <w:t>מקדמה לשמירת התאריך</w:t>
            </w:r>
          </w:p>
        </w:tc>
        <w:tc>
          <w:tcPr>
            <w:tcW w:type="dxa" w:w="2436"/>
          </w:tcPr>
          <w:p>
            <w:pPr>
              <w:bidi w:val="1"/>
              <w:jc w:val="right"/>
            </w:pPr>
            <w:r>
              <w:rPr>
                <w:rFonts w:ascii="Arial" w:hAnsi="Arial" w:cs="Arial"/>
                <w:rtl w:val="1"/>
              </w:rPr>
            </w:r>
            <w:r>
              <w:rPr>
                <w:rFonts w:ascii="Arial" w:hAnsi="Arial" w:cs="Arial"/>
                <w:rtl w:val="1"/>
              </w:rPr>
            </w:r>
          </w:p>
        </w:tc>
        <w:tc>
          <w:tcPr>
            <w:tcW w:type="dxa" w:w="2436"/>
          </w:tcPr>
          <w:p>
            <w:pPr>
              <w:bidi w:val="1"/>
              <w:jc w:val="right"/>
            </w:pPr>
            <w:r>
              <w:rPr>
                <w:rFonts w:ascii="Arial" w:hAnsi="Arial" w:cs="Arial"/>
                <w:rtl w:val="1"/>
              </w:rPr>
            </w:r>
            <w:r>
              <w:rPr>
                <w:rFonts w:ascii="Arial" w:hAnsi="Arial" w:cs="Arial"/>
                <w:rtl w:val="1"/>
              </w:rPr>
            </w:r>
          </w:p>
        </w:tc>
        <w:tc>
          <w:tcPr>
            <w:tcW w:type="dxa" w:w="2436"/>
          </w:tcPr>
          <w:p>
            <w:pPr>
              <w:bidi w:val="1"/>
              <w:jc w:val="right"/>
            </w:pPr>
            <w:r>
              <w:rPr>
                <w:rFonts w:ascii="Arial" w:hAnsi="Arial" w:cs="Arial"/>
                <w:rtl w:val="1"/>
              </w:rPr>
            </w:r>
            <w:r>
              <w:rPr>
                <w:rFonts w:ascii="Arial" w:hAnsi="Arial" w:cs="Arial"/>
                <w:rtl w:val="1"/>
              </w:rPr>
              <w:t>______ ₪</w:t>
            </w:r>
          </w:p>
        </w:tc>
      </w:tr>
      <w:tr>
        <w:tc>
          <w:tcPr>
            <w:tcW w:type="dxa" w:w="2436"/>
          </w:tcPr>
          <w:p>
            <w:pPr>
              <w:bidi w:val="1"/>
              <w:jc w:val="right"/>
            </w:pPr>
            <w:r>
              <w:rPr>
                <w:rFonts w:ascii="Arial" w:hAnsi="Arial" w:cs="Arial"/>
                <w:rtl w:val="1"/>
              </w:rPr>
            </w:r>
            <w:r>
              <w:rPr>
                <w:rFonts w:ascii="Arial" w:hAnsi="Arial" w:cs="Arial"/>
                <w:rtl w:val="1"/>
              </w:rPr>
              <w:t>יתרה לתשלום</w:t>
            </w:r>
          </w:p>
        </w:tc>
        <w:tc>
          <w:tcPr>
            <w:tcW w:type="dxa" w:w="2436"/>
          </w:tcPr>
          <w:p>
            <w:pPr>
              <w:bidi w:val="1"/>
              <w:jc w:val="right"/>
            </w:pPr>
            <w:r>
              <w:rPr>
                <w:rFonts w:ascii="Arial" w:hAnsi="Arial" w:cs="Arial"/>
                <w:rtl w:val="1"/>
              </w:rPr>
            </w:r>
            <w:r>
              <w:rPr>
                <w:rFonts w:ascii="Arial" w:hAnsi="Arial" w:cs="Arial"/>
                <w:rtl w:val="1"/>
              </w:rPr>
            </w:r>
          </w:p>
        </w:tc>
        <w:tc>
          <w:tcPr>
            <w:tcW w:type="dxa" w:w="2436"/>
          </w:tcPr>
          <w:p>
            <w:pPr>
              <w:bidi w:val="1"/>
              <w:jc w:val="right"/>
            </w:pPr>
            <w:r>
              <w:rPr>
                <w:rFonts w:ascii="Arial" w:hAnsi="Arial" w:cs="Arial"/>
                <w:rtl w:val="1"/>
              </w:rPr>
            </w:r>
            <w:r>
              <w:rPr>
                <w:rFonts w:ascii="Arial" w:hAnsi="Arial" w:cs="Arial"/>
                <w:rtl w:val="1"/>
              </w:rPr>
            </w:r>
          </w:p>
        </w:tc>
        <w:tc>
          <w:tcPr>
            <w:tcW w:type="dxa" w:w="2436"/>
          </w:tcPr>
          <w:p>
            <w:pPr>
              <w:bidi w:val="1"/>
              <w:jc w:val="right"/>
            </w:pPr>
            <w:r>
              <w:rPr>
                <w:rFonts w:ascii="Arial" w:hAnsi="Arial" w:cs="Arial"/>
                <w:rtl w:val="1"/>
              </w:rPr>
            </w:r>
            <w:r>
              <w:rPr>
                <w:rFonts w:ascii="Arial" w:hAnsi="Arial" w:cs="Arial"/>
                <w:rtl w:val="1"/>
              </w:rPr>
              <w:t>______ ₪</w:t>
            </w:r>
          </w:p>
        </w:tc>
      </w:tr>
      <w:tr>
        <w:tc>
          <w:tcPr>
            <w:tcW w:type="dxa" w:w="2436"/>
          </w:tcPr>
          <w:p>
            <w:pPr>
              <w:bidi w:val="1"/>
              <w:jc w:val="right"/>
            </w:pPr>
            <w:r>
              <w:rPr>
                <w:rFonts w:ascii="Arial" w:hAnsi="Arial" w:cs="Arial"/>
                <w:rtl w:val="1"/>
              </w:rPr>
            </w:r>
            <w:r>
              <w:rPr>
                <w:rFonts w:ascii="Arial" w:hAnsi="Arial" w:cs="Arial"/>
                <w:rtl w:val="1"/>
              </w:rPr>
              <w:t>תוקף ההצעה</w:t>
            </w:r>
          </w:p>
        </w:tc>
        <w:tc>
          <w:tcPr>
            <w:tcW w:type="dxa" w:w="2436"/>
          </w:tcPr>
          <w:p>
            <w:pPr>
              <w:bidi w:val="1"/>
              <w:jc w:val="right"/>
            </w:pPr>
            <w:r>
              <w:rPr>
                <w:rFonts w:ascii="Arial" w:hAnsi="Arial" w:cs="Arial"/>
                <w:rtl w:val="1"/>
              </w:rPr>
            </w:r>
            <w:r>
              <w:rPr>
                <w:rFonts w:ascii="Arial" w:hAnsi="Arial" w:cs="Arial"/>
                <w:rtl w:val="1"/>
              </w:rPr>
            </w:r>
          </w:p>
        </w:tc>
        <w:tc>
          <w:tcPr>
            <w:tcW w:type="dxa" w:w="2436"/>
          </w:tcPr>
          <w:p>
            <w:pPr>
              <w:bidi w:val="1"/>
              <w:jc w:val="right"/>
            </w:pPr>
            <w:r>
              <w:rPr>
                <w:rFonts w:ascii="Arial" w:hAnsi="Arial" w:cs="Arial"/>
                <w:rtl w:val="1"/>
              </w:rPr>
            </w:r>
            <w:r>
              <w:rPr>
                <w:rFonts w:ascii="Arial" w:hAnsi="Arial" w:cs="Arial"/>
                <w:rtl w:val="1"/>
              </w:rPr>
            </w:r>
          </w:p>
        </w:tc>
        <w:tc>
          <w:tcPr>
            <w:tcW w:type="dxa" w:w="2436"/>
          </w:tcPr>
          <w:p>
            <w:pPr>
              <w:bidi w:val="1"/>
              <w:jc w:val="right"/>
            </w:pPr>
            <w:r>
              <w:rPr>
                <w:rFonts w:ascii="Arial" w:hAnsi="Arial" w:cs="Arial"/>
                <w:rtl w:val="1"/>
              </w:rPr>
            </w:r>
            <w:r>
              <w:rPr>
                <w:rFonts w:ascii="Arial" w:hAnsi="Arial" w:cs="Arial"/>
                <w:rtl w:val="1"/>
              </w:rPr>
              <w:t>עד ______</w:t>
            </w:r>
          </w:p>
        </w:tc>
      </w:tr>
    </w:tbl>
    <w:p>
      <w:pPr>
        <w:spacing w:after="200"/>
        <w:bidi w:val="1"/>
        <w:jc w:val="right"/>
      </w:pPr>
      <w:r>
        <w:rPr>
          <w:rFonts w:ascii="Arial" w:hAnsi="Arial" w:cs="Arial"/>
          <w:b w:val="0"/>
          <w:sz w:val="22"/>
          <w:rtl w:val="1"/>
        </w:rPr>
      </w:r>
    </w:p>
    <w:p>
      <w:pPr>
        <w:spacing w:after="160"/>
        <w:bidi w:val="1"/>
        <w:jc w:val="right"/>
      </w:pPr>
      <w:r>
        <w:rPr>
          <w:rFonts w:ascii="Arial" w:hAnsi="Arial" w:cs="Arial"/>
          <w:b w:val="0"/>
          <w:sz w:val="22"/>
          <w:rtl w:val="1"/>
        </w:rPr>
        <w:t>חתימת הצלם: ______________________    תאריך: ____________</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