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bidi w:val="1"/>
        <w:jc w:val="right"/>
      </w:pPr>
      <w:r>
        <w:rPr>
          <w:rFonts w:ascii="Arial" w:hAnsi="Arial" w:cs="Arial"/>
          <w:b/>
          <w:sz w:val="32"/>
          <w:rtl w:val="1"/>
        </w:rPr>
        <w:t>מכתב התראה ללקוח שלא משלם דוגמא: הנוסח המלא</w:t>
      </w:r>
    </w:p>
    <w:p>
      <w:pPr>
        <w:spacing w:after="240"/>
        <w:bidi w:val="1"/>
        <w:jc w:val="right"/>
      </w:pPr>
      <w:r>
        <w:rPr>
          <w:rFonts w:ascii="Arial" w:hAnsi="Arial" w:cs="Arial"/>
          <w:b w:val="0"/>
          <w:sz w:val="22"/>
          <w:rtl w:val="1"/>
        </w:rPr>
        <w:t>במכתב ההתראה הטון משתנה מידידותי לענייני, בלי להפוך לעוין: עובדות במספרים, מועד סופי קרוב, פתח ללקוח לדבר, ומה קורה אם המועד יחלוף. שולחים במייל ובהודעה, ושומרים עותק עם תאריך השליחה. הקווים התחתונים הם המקומות שממלאים.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1. תאריך:</w:t>
      </w:r>
      <w:r>
        <w:rPr>
          <w:rFonts w:ascii="Arial" w:hAnsi="Arial" w:cs="Arial"/>
          <w:sz w:val="22"/>
          <w:rtl w:val="1"/>
        </w:rPr>
        <w:t xml:space="preserve"> ______.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2. אל:</w:t>
      </w:r>
      <w:r>
        <w:rPr>
          <w:rFonts w:ascii="Arial" w:hAnsi="Arial" w:cs="Arial"/>
          <w:sz w:val="22"/>
          <w:rtl w:val="1"/>
        </w:rPr>
        <w:t xml:space="preserve"> ______ (שם הלקוח), טלפון ______, דואר אלקטרוני ______.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3. מאת:</w:t>
      </w:r>
      <w:r>
        <w:rPr>
          <w:rFonts w:ascii="Arial" w:hAnsi="Arial" w:cs="Arial"/>
          <w:sz w:val="22"/>
          <w:rtl w:val="1"/>
        </w:rPr>
        <w:t xml:space="preserve"> ______ (שם הצלם או הסטודיו), ע.מ. ______, טלפון ______, דואר אלקטרוני ______.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4. הנדון:</w:t>
      </w:r>
      <w:r>
        <w:rPr>
          <w:rFonts w:ascii="Arial" w:hAnsi="Arial" w:cs="Arial"/>
          <w:sz w:val="22"/>
          <w:rtl w:val="1"/>
        </w:rPr>
        <w:t xml:space="preserve"> התראה לפני נקיטת צעדים בגין יתרת תשלום עבור ______ (סוג הצילום) מיום ______.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5. שלום ______, ביום ______ צילמתי עבורך את ______ (למשל:</w:t>
      </w:r>
      <w:r>
        <w:rPr>
          <w:rFonts w:ascii="Arial" w:hAnsi="Arial" w:cs="Arial"/>
          <w:sz w:val="22"/>
          <w:rtl w:val="1"/>
        </w:rPr>
        <w:t xml:space="preserve"> חתונה, בר מצווה, צילומי משפחה), לפי הסיכום בינינו מיום ______ (הצעת מחיר / חוזה / הודעה).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6. המחיר שסוכם:</w:t>
      </w:r>
      <w:r>
        <w:rPr>
          <w:rFonts w:ascii="Arial" w:hAnsi="Arial" w:cs="Arial"/>
          <w:sz w:val="22"/>
          <w:rtl w:val="1"/>
        </w:rPr>
        <w:t xml:space="preserve"> ______ ₪. שולם עד היום: ______ ₪ (בתאריכים ______). יתרה לתשלום: ______ ₪, שמועד פירעונה חלף ביום ______.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7. פניתי אליך בעניין זה ביום ______ (בהודעה / בטלפון / במייל), ועד היום היתרה לא שולמה ולא סוכם מועד חדש: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8. אבקש להסדיר את מלוא היתרה עד יום ______ (7 ימים ממועד מכתב זה), באחת הדרכים הבאות:</w:t>
      </w:r>
      <w:r>
        <w:rPr>
          <w:rFonts w:ascii="Arial" w:hAnsi="Arial" w:cs="Arial"/>
          <w:sz w:val="22"/>
          <w:rtl w:val="1"/>
        </w:rPr>
        <w:t xml:space="preserve"> ______ (העברה בנקאית לחשבון ______ / ביט / כרטיס אשראי).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9. אם יש סיבה לעיכוב, או אם יש לך טענה כלשהי לגבי השירות או התמונות, אשמח לשמוע אותה בטלפון ______ או במייל ______ לפני המועד הזה, ונמצא פתרון: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10. אם התשלום לא יתקבל עד המועד האמור, אעביר את הטיפול לשלב הבא, לרבות משלוח מכתב דרישת תשלום רשמי ונקיטת הליכים משפטיים, וזאת מבלי לגרוע מכל זכות אחרת העומדת לי: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11. מכתב זה נשלח בדואר אלקטרוני ובהודעה, ועותק ממנו נשמר אצלי:</w:t>
      </w:r>
    </w:p>
    <w:p>
      <w:pPr>
        <w:spacing w:after="160"/>
        <w:bidi w:val="1"/>
        <w:jc w:val="right"/>
      </w:pPr>
      <w:r>
        <w:rPr>
          <w:rFonts w:ascii="Arial" w:hAnsi="Arial" w:cs="Arial"/>
          <w:b/>
          <w:sz w:val="22"/>
          <w:rtl w:val="1"/>
        </w:rPr>
        <w:t>12. בברכה, ______ (שם), חתימה ______:</w:t>
      </w:r>
    </w:p>
    <w:p>
      <w:pPr>
        <w:spacing w:after="200"/>
        <w:bidi w:val="1"/>
        <w:jc w:val="right"/>
      </w:pPr>
      <w:r>
        <w:rPr>
          <w:rFonts w:ascii="Arial" w:hAnsi="Arial" w:cs="Arial"/>
          <w:b w:val="0"/>
          <w:sz w:val="22"/>
          <w:rtl w:val="1"/>
        </w:rPr>
      </w:r>
    </w:p>
    <w:p>
      <w:pPr>
        <w:spacing w:after="160"/>
        <w:bidi w:val="1"/>
        <w:jc w:val="right"/>
      </w:pPr>
      <w:r>
        <w:rPr>
          <w:rFonts w:ascii="Arial" w:hAnsi="Arial" w:cs="Arial"/>
          <w:b w:val="0"/>
          <w:sz w:val="22"/>
          <w:rtl w:val="1"/>
        </w:rPr>
        <w:t>חתימה: ______________________    תאריך: ____________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