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bidi w:val="1"/>
        <w:jc w:val="right"/>
      </w:pPr>
      <w:r>
        <w:rPr>
          <w:rFonts w:ascii="Arial" w:hAnsi="Arial" w:cs="Arial"/>
          <w:b/>
          <w:sz w:val="32"/>
          <w:rtl w:val="1"/>
        </w:rPr>
        <w:t>מכתב דרישת תשלום דוגמא: הנוסח המלא לפני תביעה</w:t>
      </w:r>
    </w:p>
    <w:p>
      <w:pPr>
        <w:spacing w:after="240"/>
        <w:bidi w:val="1"/>
        <w:jc w:val="right"/>
      </w:pPr>
      <w:r>
        <w:rPr>
          <w:rFonts w:ascii="Arial" w:hAnsi="Arial" w:cs="Arial"/>
          <w:b w:val="0"/>
          <w:sz w:val="22"/>
          <w:rtl w:val="1"/>
        </w:rPr>
        <w:t>מכתב הדרישה הוא המסמך האחרון לפני בית המשפט, ולכן הוא כתוב אחרת: פסקאות ממוספרות, עובדות ותאריכים בלבד, 14 ימים, והודעה מפורשת שהצעד הבא הוא תביעה. שולחים אותו בדואר רשום, כדי שיהיה בידכם אישור משלוח, וגם במייל. בשלב הזה מוודאים שיש לכם את הכתובת המלאה של הלקוח, כי תצטרכו אותה לכתב התביעה.</w:t>
      </w:r>
    </w:p>
    <w:p>
      <w:pPr>
        <w:spacing w:after="160"/>
        <w:bidi w:val="1"/>
        <w:jc w:val="right"/>
      </w:pPr>
      <w:r>
        <w:rPr>
          <w:rFonts w:ascii="Arial" w:hAnsi="Arial" w:cs="Arial"/>
          <w:b/>
          <w:sz w:val="22"/>
          <w:rtl w:val="1"/>
        </w:rPr>
        <w:t>1. תאריך:</w:t>
      </w:r>
      <w:r>
        <w:rPr>
          <w:rFonts w:ascii="Arial" w:hAnsi="Arial" w:cs="Arial"/>
          <w:sz w:val="22"/>
          <w:rtl w:val="1"/>
        </w:rPr>
        <w:t xml:space="preserve"> ______.</w:t>
      </w:r>
    </w:p>
    <w:p>
      <w:pPr>
        <w:spacing w:after="160"/>
        <w:bidi w:val="1"/>
        <w:jc w:val="right"/>
      </w:pPr>
      <w:r>
        <w:rPr>
          <w:rFonts w:ascii="Arial" w:hAnsi="Arial" w:cs="Arial"/>
          <w:b/>
          <w:sz w:val="22"/>
          <w:rtl w:val="1"/>
        </w:rPr>
        <w:t>2. אל:</w:t>
      </w:r>
      <w:r>
        <w:rPr>
          <w:rFonts w:ascii="Arial" w:hAnsi="Arial" w:cs="Arial"/>
          <w:sz w:val="22"/>
          <w:rtl w:val="1"/>
        </w:rPr>
        <w:t xml:space="preserve"> ______ (שם הלקוח), ת.ז. ______ (אם ידוע), כתובת ______, טלפון ______, דואר אלקטרוני ______.</w:t>
      </w:r>
    </w:p>
    <w:p>
      <w:pPr>
        <w:spacing w:after="160"/>
        <w:bidi w:val="1"/>
        <w:jc w:val="right"/>
      </w:pPr>
      <w:r>
        <w:rPr>
          <w:rFonts w:ascii="Arial" w:hAnsi="Arial" w:cs="Arial"/>
          <w:b/>
          <w:sz w:val="22"/>
          <w:rtl w:val="1"/>
        </w:rPr>
        <w:t>3. מאת:</w:t>
      </w:r>
      <w:r>
        <w:rPr>
          <w:rFonts w:ascii="Arial" w:hAnsi="Arial" w:cs="Arial"/>
          <w:sz w:val="22"/>
          <w:rtl w:val="1"/>
        </w:rPr>
        <w:t xml:space="preserve"> ______ (שם הצלם או הסטודיו), ת.ז. / ע.מ. ______, כתובת ______, טלפון ______, דואר אלקטרוני ______.</w:t>
      </w:r>
    </w:p>
    <w:p>
      <w:pPr>
        <w:spacing w:after="160"/>
        <w:bidi w:val="1"/>
        <w:jc w:val="right"/>
      </w:pPr>
      <w:r>
        <w:rPr>
          <w:rFonts w:ascii="Arial" w:hAnsi="Arial" w:cs="Arial"/>
          <w:b/>
          <w:sz w:val="22"/>
          <w:rtl w:val="1"/>
        </w:rPr>
        <w:t>4. הנדון:</w:t>
      </w:r>
      <w:r>
        <w:rPr>
          <w:rFonts w:ascii="Arial" w:hAnsi="Arial" w:cs="Arial"/>
          <w:sz w:val="22"/>
          <w:rtl w:val="1"/>
        </w:rPr>
        <w:t xml:space="preserve"> דרישת תשלום סופית לפני הגשת תביעה, יתרת חוב בסך ______ ₪.</w:t>
      </w:r>
    </w:p>
    <w:p>
      <w:pPr>
        <w:spacing w:after="160"/>
        <w:bidi w:val="1"/>
        <w:jc w:val="right"/>
      </w:pPr>
      <w:r>
        <w:rPr>
          <w:rFonts w:ascii="Arial" w:hAnsi="Arial" w:cs="Arial"/>
          <w:b/>
          <w:sz w:val="22"/>
          <w:rtl w:val="1"/>
        </w:rPr>
        <w:t>5. ביום ______ סוכם בינינו, בהצעת מחיר / בחוזה / בהודעה מיום ______, כי אצלם עבורך ______ (סוג הצילום) ביום ______, תמורת ______ ₪:</w:t>
      </w:r>
    </w:p>
    <w:p>
      <w:pPr>
        <w:spacing w:after="160"/>
        <w:bidi w:val="1"/>
        <w:jc w:val="right"/>
      </w:pPr>
      <w:r>
        <w:rPr>
          <w:rFonts w:ascii="Arial" w:hAnsi="Arial" w:cs="Arial"/>
          <w:b/>
          <w:sz w:val="22"/>
          <w:rtl w:val="1"/>
        </w:rPr>
        <w:t>6. השירות סופק במלואו:</w:t>
      </w:r>
      <w:r>
        <w:rPr>
          <w:rFonts w:ascii="Arial" w:hAnsi="Arial" w:cs="Arial"/>
          <w:sz w:val="22"/>
          <w:rtl w:val="1"/>
        </w:rPr>
        <w:t xml:space="preserve"> הצילום התקיים ביום ______, וביום ______ נמסרו התמונות (גלריית בחירה / גלריית מסירה / אלבום), כמוסכם.</w:t>
      </w:r>
    </w:p>
    <w:p>
      <w:pPr>
        <w:spacing w:after="160"/>
        <w:bidi w:val="1"/>
        <w:jc w:val="right"/>
      </w:pPr>
      <w:r>
        <w:rPr>
          <w:rFonts w:ascii="Arial" w:hAnsi="Arial" w:cs="Arial"/>
          <w:b/>
          <w:sz w:val="22"/>
          <w:rtl w:val="1"/>
        </w:rPr>
        <w:t>7. מתוך התמורה שולמו ______ ₪ בתאריכים ______:</w:t>
      </w:r>
      <w:r>
        <w:rPr>
          <w:rFonts w:ascii="Arial" w:hAnsi="Arial" w:cs="Arial"/>
          <w:sz w:val="22"/>
          <w:rtl w:val="1"/>
        </w:rPr>
        <w:t xml:space="preserve"> היתרה, בסך ______ ₪, הייתה אמורה להיות משולמת עד יום ______, ולא שולמה עד היום.</w:t>
      </w:r>
    </w:p>
    <w:p>
      <w:pPr>
        <w:spacing w:after="160"/>
        <w:bidi w:val="1"/>
        <w:jc w:val="right"/>
      </w:pPr>
      <w:r>
        <w:rPr>
          <w:rFonts w:ascii="Arial" w:hAnsi="Arial" w:cs="Arial"/>
          <w:b/>
          <w:sz w:val="22"/>
          <w:rtl w:val="1"/>
        </w:rPr>
        <w:t>8. פניתי אליך בעניין זה בתזכורת ביום ______ ובמכתב התראה מיום ______, ולא התקבל תשלום / לא התקבלה כל תשובה (מחק את המיותר):</w:t>
      </w:r>
    </w:p>
    <w:p>
      <w:pPr>
        <w:spacing w:after="160"/>
        <w:bidi w:val="1"/>
        <w:jc w:val="right"/>
      </w:pPr>
      <w:r>
        <w:rPr>
          <w:rFonts w:ascii="Arial" w:hAnsi="Arial" w:cs="Arial"/>
          <w:b/>
          <w:sz w:val="22"/>
          <w:rtl w:val="1"/>
        </w:rPr>
        <w:t>9. הנך נדרש לשלם את מלוא היתרה, בסך ______ ₪, תוך 14 ימים ממועד מכתב זה ולא יאוחר מיום ______, לחשבון ______ / באמצעות ______:</w:t>
      </w:r>
    </w:p>
    <w:p>
      <w:pPr>
        <w:spacing w:after="160"/>
        <w:bidi w:val="1"/>
        <w:jc w:val="right"/>
      </w:pPr>
      <w:r>
        <w:rPr>
          <w:rFonts w:ascii="Arial" w:hAnsi="Arial" w:cs="Arial"/>
          <w:b/>
          <w:sz w:val="22"/>
          <w:rtl w:val="1"/>
        </w:rPr>
        <w:t>10. אם הסכום לא ישולם במלואו עד המועד האמור, אגיש נגדך תביעה לבית המשפט לתביעות קטנות, או לכל בית משפט אחר המוסמך לכך, לתשלום היתרה בתוספת ההוצאות ואגרת בית המשפט ככל שייפסקו, וזאת מבלי לגרוע מכל סעד אחר:</w:t>
      </w:r>
    </w:p>
    <w:p>
      <w:pPr>
        <w:spacing w:after="160"/>
        <w:bidi w:val="1"/>
        <w:jc w:val="right"/>
      </w:pPr>
      <w:r>
        <w:rPr>
          <w:rFonts w:ascii="Arial" w:hAnsi="Arial" w:cs="Arial"/>
          <w:b/>
          <w:sz w:val="22"/>
          <w:rtl w:val="1"/>
        </w:rPr>
        <w:t>11. מצורפים למכתב זה:</w:t>
      </w:r>
      <w:r>
        <w:rPr>
          <w:rFonts w:ascii="Arial" w:hAnsi="Arial" w:cs="Arial"/>
          <w:sz w:val="22"/>
          <w:rtl w:val="1"/>
        </w:rPr>
        <w:t xml:space="preserve"> העתק הסיכום או החוזה, פירוט התשלומים שהתקבלו, והעתק מכתב ההתראה מיום ______.</w:t>
      </w:r>
    </w:p>
    <w:p>
      <w:pPr>
        <w:spacing w:after="160"/>
        <w:bidi w:val="1"/>
        <w:jc w:val="right"/>
      </w:pPr>
      <w:r>
        <w:rPr>
          <w:rFonts w:ascii="Arial" w:hAnsi="Arial" w:cs="Arial"/>
          <w:b/>
          <w:sz w:val="22"/>
          <w:rtl w:val="1"/>
        </w:rPr>
        <w:t>12. מכתב זה נשלח בדואר רשום ובדואר אלקטרוני, ועותק ממנו, יחד עם אישור המשלוח, נשמר אצלי:</w:t>
      </w:r>
    </w:p>
    <w:p>
      <w:pPr>
        <w:spacing w:after="160"/>
        <w:bidi w:val="1"/>
        <w:jc w:val="right"/>
      </w:pPr>
      <w:r>
        <w:rPr>
          <w:rFonts w:ascii="Arial" w:hAnsi="Arial" w:cs="Arial"/>
          <w:b/>
          <w:sz w:val="22"/>
          <w:rtl w:val="1"/>
        </w:rPr>
        <w:t>13. אין באמור במכתב זה כדי לוותר על כל טענה או זכות:</w:t>
      </w:r>
    </w:p>
    <w:p>
      <w:pPr>
        <w:spacing w:after="160"/>
        <w:bidi w:val="1"/>
        <w:jc w:val="right"/>
      </w:pPr>
      <w:r>
        <w:rPr>
          <w:rFonts w:ascii="Arial" w:hAnsi="Arial" w:cs="Arial"/>
          <w:b/>
          <w:sz w:val="22"/>
          <w:rtl w:val="1"/>
        </w:rPr>
        <w:t>14. בכבוד רב, ______ (שם), חתימה ______:</w:t>
      </w:r>
    </w:p>
    <w:p>
      <w:pPr>
        <w:spacing w:after="200"/>
        <w:bidi w:val="1"/>
        <w:jc w:val="right"/>
      </w:pPr>
      <w:r>
        <w:rPr>
          <w:rFonts w:ascii="Arial" w:hAnsi="Arial" w:cs="Arial"/>
          <w:b w:val="0"/>
          <w:sz w:val="22"/>
          <w:rtl w:val="1"/>
        </w:rPr>
      </w:r>
    </w:p>
    <w:p>
      <w:pPr>
        <w:spacing w:after="160"/>
        <w:bidi w:val="1"/>
        <w:jc w:val="right"/>
      </w:pPr>
      <w:r>
        <w:rPr>
          <w:rFonts w:ascii="Arial" w:hAnsi="Arial" w:cs="Arial"/>
          <w:b w:val="0"/>
          <w:sz w:val="22"/>
          <w:rtl w:val="1"/>
        </w:rPr>
        <w:t>חתימה: ______________________    תאריך: ____________</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