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bidi w:val="1"/>
        <w:jc w:val="right"/>
      </w:pPr>
      <w:r>
        <w:rPr>
          <w:rFonts w:ascii="Arial" w:hAnsi="Arial" w:cs="Arial"/>
          <w:b/>
          <w:sz w:val="32"/>
          <w:rtl w:val="1"/>
        </w:rPr>
        <w:t>מסמך 3: Model Release בעברית לשימוש מסחרי</w:t>
      </w:r>
    </w:p>
    <w:p>
      <w:pPr>
        <w:spacing w:after="240"/>
        <w:bidi w:val="1"/>
        <w:jc w:val="right"/>
      </w:pPr>
      <w:r>
        <w:rPr>
          <w:rFonts w:ascii="Arial" w:hAnsi="Arial" w:cs="Arial"/>
          <w:b w:val="0"/>
          <w:sz w:val="22"/>
          <w:rtl w:val="1"/>
        </w:rPr>
        <w:t>כשהתמונה עוברת ללקוח עסקי, לפרסומת, לאריזה או לקמפיין, המצולם צריך לוותר על טענות כלפי כל מי שישתמש בה, לא רק כלפי הצלם. בעולם זה נקרא Model Release, ובעברית נהוג לקרוא לו טופס ויתור זכויות צילום. השם מטעה קצת: המצולם לא מוותר על זכות היוצרים (בצילום מסחרי היא של הצלם), אלא על טענות בקשר לשימוש בדמותו, בתמורה שסוכמה.</w:t>
      </w:r>
    </w:p>
    <w:p>
      <w:pPr>
        <w:spacing w:after="160"/>
        <w:bidi w:val="1"/>
        <w:jc w:val="right"/>
      </w:pPr>
      <w:r>
        <w:rPr>
          <w:rFonts w:ascii="Arial" w:hAnsi="Arial" w:cs="Arial"/>
          <w:b/>
          <w:sz w:val="22"/>
          <w:rtl w:val="1"/>
        </w:rPr>
        <w:t>1. הצדדים:</w:t>
      </w:r>
      <w:r>
        <w:rPr>
          <w:rFonts w:ascii="Arial" w:hAnsi="Arial" w:cs="Arial"/>
          <w:sz w:val="22"/>
          <w:rtl w:val="1"/>
        </w:rPr>
        <w:t xml:space="preserve"> אני, ______, ת.ז. ______, כתובת ______, טלפון ______ (להלן: "המצולם"), מעניק בזאת לצלם ______, ע.מ. / ח.פ. ______ (להלן: "הצלם"), את הזכויות המפורטות להלן.</w:t>
      </w:r>
    </w:p>
    <w:p>
      <w:pPr>
        <w:spacing w:after="160"/>
        <w:bidi w:val="1"/>
        <w:jc w:val="right"/>
      </w:pPr>
      <w:r>
        <w:rPr>
          <w:rFonts w:ascii="Arial" w:hAnsi="Arial" w:cs="Arial"/>
          <w:b/>
          <w:sz w:val="22"/>
          <w:rtl w:val="1"/>
        </w:rPr>
        <w:t>2. התמונות:</w:t>
      </w:r>
      <w:r>
        <w:rPr>
          <w:rFonts w:ascii="Arial" w:hAnsi="Arial" w:cs="Arial"/>
          <w:sz w:val="22"/>
          <w:rtl w:val="1"/>
        </w:rPr>
        <w:t xml:space="preserve"> האישור מתייחס לצילומים שנערכו ביום ______ ב-______ במסגרת הפקת ______ (להלן: "התמונות").</w:t>
      </w:r>
    </w:p>
    <w:p>
      <w:pPr>
        <w:spacing w:after="160"/>
        <w:bidi w:val="1"/>
        <w:jc w:val="right"/>
      </w:pPr>
      <w:r>
        <w:rPr>
          <w:rFonts w:ascii="Arial" w:hAnsi="Arial" w:cs="Arial"/>
          <w:b/>
          <w:sz w:val="22"/>
          <w:rtl w:val="1"/>
        </w:rPr>
        <w:t>3. היקף הרישיון:</w:t>
      </w:r>
      <w:r>
        <w:rPr>
          <w:rFonts w:ascii="Arial" w:hAnsi="Arial" w:cs="Arial"/>
          <w:sz w:val="22"/>
          <w:rtl w:val="1"/>
        </w:rPr>
        <w:t xml:space="preserve"> אני מעניק לצלם ולמי מטעמו, לרבות לקוחותיו, רישיון בלתי חוזר, ללא הגבלת זמן ומקום, להשתמש בתמונות ובדמותי כפי שהיא מופיעה בהן לכל מטרה חוקית, לרבות פרסום, שיווק, מוצרים, אריזות, אתרים ורשתות חברתיות, בכל מדיה קיימת או עתידית.</w:t>
      </w:r>
    </w:p>
    <w:p>
      <w:pPr>
        <w:spacing w:after="160"/>
        <w:bidi w:val="1"/>
        <w:jc w:val="right"/>
      </w:pPr>
      <w:r>
        <w:rPr>
          <w:rFonts w:ascii="Arial" w:hAnsi="Arial" w:cs="Arial"/>
          <w:b/>
          <w:sz w:val="22"/>
          <w:rtl w:val="1"/>
        </w:rPr>
        <w:t>4. הגבלות:</w:t>
      </w:r>
      <w:r>
        <w:rPr>
          <w:rFonts w:ascii="Arial" w:hAnsi="Arial" w:cs="Arial"/>
          <w:sz w:val="22"/>
          <w:rtl w:val="1"/>
        </w:rPr>
        <w:t xml:space="preserve"> על אף האמור בסעיף 3, התמונות לא ישמשו ל-______ (למשל: פרסום טבק או אלכוהול, תוכן פוליטי, תוכן למבוגרים). לא צוינו הגבלות: אין הגבלות.</w:t>
      </w:r>
    </w:p>
    <w:p>
      <w:pPr>
        <w:spacing w:after="160"/>
        <w:bidi w:val="1"/>
        <w:jc w:val="right"/>
      </w:pPr>
      <w:r>
        <w:rPr>
          <w:rFonts w:ascii="Arial" w:hAnsi="Arial" w:cs="Arial"/>
          <w:b/>
          <w:sz w:val="22"/>
          <w:rtl w:val="1"/>
        </w:rPr>
        <w:t>5. עריכה ושילוב:</w:t>
      </w:r>
      <w:r>
        <w:rPr>
          <w:rFonts w:ascii="Arial" w:hAnsi="Arial" w:cs="Arial"/>
          <w:sz w:val="22"/>
          <w:rtl w:val="1"/>
        </w:rPr>
        <w:t xml:space="preserve"> הצלם ומי מטעמו רשאים לחתוך, לעבד ולשלב את התמונות עם טקסט, גרפיקה ותמונות אחרות, ובלבד שלא יוצג מסר משפיל או שאינו נכון ביחס אליי.</w:t>
      </w:r>
    </w:p>
    <w:p>
      <w:pPr>
        <w:spacing w:after="160"/>
        <w:bidi w:val="1"/>
        <w:jc w:val="right"/>
      </w:pPr>
      <w:r>
        <w:rPr>
          <w:rFonts w:ascii="Arial" w:hAnsi="Arial" w:cs="Arial"/>
          <w:b/>
          <w:sz w:val="22"/>
          <w:rtl w:val="1"/>
        </w:rPr>
        <w:t>6. תמורה:</w:t>
      </w:r>
      <w:r>
        <w:rPr>
          <w:rFonts w:ascii="Arial" w:hAnsi="Arial" w:cs="Arial"/>
          <w:sz w:val="22"/>
          <w:rtl w:val="1"/>
        </w:rPr>
        <w:t xml:space="preserve"> אני מאשר שקיבלתי תמורה בסך ______ ₪ (או: ______, למשל תמונות ערוכות לשימושי) עבור אישור זה, ולא אהיה זכאי לתמורה נוספת בגין שימוש עתידי כלשהו.</w:t>
      </w:r>
    </w:p>
    <w:p>
      <w:pPr>
        <w:spacing w:after="160"/>
        <w:bidi w:val="1"/>
        <w:jc w:val="right"/>
      </w:pPr>
      <w:r>
        <w:rPr>
          <w:rFonts w:ascii="Arial" w:hAnsi="Arial" w:cs="Arial"/>
          <w:b/>
          <w:sz w:val="22"/>
          <w:rtl w:val="1"/>
        </w:rPr>
        <w:t>7. ויתור על טענות:</w:t>
      </w:r>
      <w:r>
        <w:rPr>
          <w:rFonts w:ascii="Arial" w:hAnsi="Arial" w:cs="Arial"/>
          <w:sz w:val="22"/>
          <w:rtl w:val="1"/>
        </w:rPr>
        <w:t xml:space="preserve"> אני מוותר על כל טענה או תביעה נגד הצלם ומי מטעמו בקשר לשימוש בתמונות לפי אישור זה, לרבות בגין פגיעה בפרטיות או שימוש בדמותי, בכפוף לסעיפים 4 ו-5.</w:t>
      </w:r>
    </w:p>
    <w:p>
      <w:pPr>
        <w:spacing w:after="160"/>
        <w:bidi w:val="1"/>
        <w:jc w:val="right"/>
      </w:pPr>
      <w:r>
        <w:rPr>
          <w:rFonts w:ascii="Arial" w:hAnsi="Arial" w:cs="Arial"/>
          <w:b/>
          <w:sz w:val="22"/>
          <w:rtl w:val="1"/>
        </w:rPr>
        <w:t>8. זכות יוצרים:</w:t>
      </w:r>
      <w:r>
        <w:rPr>
          <w:rFonts w:ascii="Arial" w:hAnsi="Arial" w:cs="Arial"/>
          <w:sz w:val="22"/>
          <w:rtl w:val="1"/>
        </w:rPr>
        <w:t xml:space="preserve"> זכות היוצרים בתמונות שייכת לצלם. אישור זה אינו מעניק לי זכויות בתמונות, למעט שימוש אישי שאושר לי בכתב.</w:t>
      </w:r>
    </w:p>
    <w:p>
      <w:pPr>
        <w:spacing w:after="160"/>
        <w:bidi w:val="1"/>
        <w:jc w:val="right"/>
      </w:pPr>
      <w:r>
        <w:rPr>
          <w:rFonts w:ascii="Arial" w:hAnsi="Arial" w:cs="Arial"/>
          <w:b/>
          <w:sz w:val="22"/>
          <w:rtl w:val="1"/>
        </w:rPr>
        <w:t>9. הצהרות:</w:t>
      </w:r>
      <w:r>
        <w:rPr>
          <w:rFonts w:ascii="Arial" w:hAnsi="Arial" w:cs="Arial"/>
          <w:sz w:val="22"/>
          <w:rtl w:val="1"/>
        </w:rPr>
        <w:t xml:space="preserve"> מלאו לי 18 שנים, קראתי את המסמך והבנתי אותו, ואני חותם מרצוני החופשי. אם המצולם קטין, חותם ההורה או האפוטרופוס: שם ______ ת.ז. ______.</w:t>
      </w:r>
    </w:p>
    <w:p>
      <w:pPr>
        <w:spacing w:after="160"/>
        <w:bidi w:val="1"/>
        <w:jc w:val="right"/>
      </w:pPr>
      <w:r>
        <w:rPr>
          <w:rFonts w:ascii="Arial" w:hAnsi="Arial" w:cs="Arial"/>
          <w:b/>
          <w:sz w:val="22"/>
          <w:rtl w:val="1"/>
        </w:rPr>
        <w:t>10. חתימות:</w:t>
      </w:r>
      <w:r>
        <w:rPr>
          <w:rFonts w:ascii="Arial" w:hAnsi="Arial" w:cs="Arial"/>
          <w:sz w:val="22"/>
          <w:rtl w:val="1"/>
        </w:rPr>
        <w:t xml:space="preserve"> המצולם: ______ תאריך: ______ חתימה: ______. הצלם: ______ תאריך: ______ חתימה: ______. עד (לא חובה): שם ______ חתימה ______.</w:t>
      </w:r>
    </w:p>
    <w:p>
      <w:pPr>
        <w:spacing w:after="200"/>
        <w:bidi w:val="1"/>
        <w:jc w:val="right"/>
      </w:pPr>
      <w:r>
        <w:rPr>
          <w:rFonts w:ascii="Arial" w:hAnsi="Arial" w:cs="Arial"/>
          <w:b w:val="0"/>
          <w:sz w:val="22"/>
          <w:rtl w:val="1"/>
        </w:rPr>
      </w:r>
    </w:p>
    <w:p>
      <w:pPr>
        <w:spacing w:after="160"/>
        <w:bidi w:val="1"/>
        <w:jc w:val="right"/>
      </w:pPr>
      <w:r>
        <w:rPr>
          <w:rFonts w:ascii="Arial" w:hAnsi="Arial" w:cs="Arial"/>
          <w:b w:val="0"/>
          <w:sz w:val="22"/>
          <w:rtl w:val="1"/>
        </w:rPr>
        <w:t>חתימה: ______________________    תאריך: ____________</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