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idi w:val="1"/>
        <w:jc w:val="right"/>
      </w:pPr>
      <w:r>
        <w:rPr>
          <w:rFonts w:ascii="Arial" w:hAnsi="Arial" w:cs="Arial"/>
          <w:b/>
          <w:sz w:val="32"/>
          <w:rtl w:val="1"/>
        </w:rPr>
        <w:t>חוזה צלם חתונה: הנוסח לחתונות</w:t>
      </w:r>
    </w:p>
    <w:p>
      <w:pPr>
        <w:spacing w:after="240"/>
        <w:bidi w:val="1"/>
        <w:jc w:val="right"/>
      </w:pPr>
      <w:r>
        <w:rPr>
          <w:rFonts w:ascii="Arial" w:hAnsi="Arial" w:cs="Arial"/>
          <w:b w:val="0"/>
          <w:sz w:val="22"/>
          <w:rtl w:val="1"/>
        </w:rPr>
        <w:t>חתונה שונה מכל אירוע אחר בשלושה דברים: היא נסגרת שנה מראש, היא נמשכת יום שלם עם לוח זמנים משלה, ומה שנמסר בסופה גדול יותר (גלריה, אלבום, לפעמים צלם שני ווידאו). לכן חוזה צלם חתונה צריך סעיפים שהחוזה הסטנדרטי לא צריך: לוח זמנים של היום, צלם שני, שעות נוספות שנסגרות בשתיים בלילה, טעימה ראשונה של תמונות, אלבום עם סבבי תיקונים, ומדרגות ביטול שמתאימות לתאריך שנחסם הרבה לפני האירוע. הנוסח הבא הוא חוזה מלא לחתונה, והקווים התחתונים הם מה שממלאים לפני החתימה.</w:t>
      </w:r>
    </w:p>
    <w:p>
      <w:pPr>
        <w:spacing w:after="160"/>
        <w:bidi w:val="1"/>
        <w:jc w:val="right"/>
      </w:pPr>
      <w:r>
        <w:rPr>
          <w:rFonts w:ascii="Arial" w:hAnsi="Arial" w:cs="Arial"/>
          <w:b/>
          <w:sz w:val="22"/>
          <w:rtl w:val="1"/>
        </w:rPr>
        <w:t>1. הצדדים:</w:t>
      </w:r>
      <w:r>
        <w:rPr>
          <w:rFonts w:ascii="Arial" w:hAnsi="Arial" w:cs="Arial"/>
          <w:sz w:val="22"/>
          <w:rtl w:val="1"/>
        </w:rPr>
        <w:t xml:space="preserve"> הסכם זה נערך ונחתם ביום ______ בין ______ (להלן: "הצלם"), ת.ז. / ע.מ. ______, כתובת ______, טלפון ______, לבין ______ ו-______ (להלן יחד: "הלקוח"), ת.ז. ______ ו-______, כתובת ______, טלפון ______. הלקוח אחראי יחד ולחוד לכל התחייבויותיו לפי הסכם זה.</w:t>
      </w:r>
    </w:p>
    <w:p>
      <w:pPr>
        <w:spacing w:after="160"/>
        <w:bidi w:val="1"/>
        <w:jc w:val="right"/>
      </w:pPr>
      <w:r>
        <w:rPr>
          <w:rFonts w:ascii="Arial" w:hAnsi="Arial" w:cs="Arial"/>
          <w:b/>
          <w:sz w:val="22"/>
          <w:rtl w:val="1"/>
        </w:rPr>
        <w:t>2. החתונה:</w:t>
      </w:r>
      <w:r>
        <w:rPr>
          <w:rFonts w:ascii="Arial" w:hAnsi="Arial" w:cs="Arial"/>
          <w:sz w:val="22"/>
          <w:rtl w:val="1"/>
        </w:rPr>
        <w:t xml:space="preserve"> הצלם יצלם את חתונת הלקוח שתיערך ביום ______ ב-______ (שם האולם או המקום וכתובתו). הצילום יתחיל בשעה ______ במקום ההתארגנות ______ (כתובת) ויסתיים בשעה ______. סך שעות הצילום הכלולות בתמורה: ______.</w:t>
      </w:r>
    </w:p>
    <w:p>
      <w:pPr>
        <w:spacing w:after="160"/>
        <w:bidi w:val="1"/>
        <w:jc w:val="right"/>
      </w:pPr>
      <w:r>
        <w:rPr>
          <w:rFonts w:ascii="Arial" w:hAnsi="Arial" w:cs="Arial"/>
          <w:b/>
          <w:sz w:val="22"/>
          <w:rtl w:val="1"/>
        </w:rPr>
        <w:t>3. לוח הזמנים של היום:</w:t>
      </w:r>
      <w:r>
        <w:rPr>
          <w:rFonts w:ascii="Arial" w:hAnsi="Arial" w:cs="Arial"/>
          <w:sz w:val="22"/>
          <w:rtl w:val="1"/>
        </w:rPr>
        <w:t xml:space="preserve"> הלקוח ימסור לצלם, עד ______ ימים לפני החתונה, לוח זמנים כתוב הכולל: התארגנות (שעה ומקום), צילומי זוג לפני האירוע (שעה ומקום), קבלת פנים ______, חופה ______, ריקודים עד ______. שינוי בלוח הזמנים אחרי מועד זה יתואם עם הצלם, ואם הוא מזיז את שעת הסיום יחולו הוראות סעיף 5. הלקוח ימנה איש קשר מטעמו ליום החתונה (שם ______ טלפון ______) שמוסמך לאשר בשמו שעות נוספות והחלטות במקום.</w:t>
      </w:r>
    </w:p>
    <w:p>
      <w:pPr>
        <w:spacing w:after="160"/>
        <w:bidi w:val="1"/>
        <w:jc w:val="right"/>
      </w:pPr>
      <w:r>
        <w:rPr>
          <w:rFonts w:ascii="Arial" w:hAnsi="Arial" w:cs="Arial"/>
          <w:b/>
          <w:sz w:val="22"/>
          <w:rtl w:val="1"/>
        </w:rPr>
        <w:t>4. צוות הצילום:</w:t>
      </w:r>
      <w:r>
        <w:rPr>
          <w:rFonts w:ascii="Arial" w:hAnsi="Arial" w:cs="Arial"/>
          <w:sz w:val="22"/>
          <w:rtl w:val="1"/>
        </w:rPr>
        <w:t xml:space="preserve"> הצילום יבוצע על ידי הצלם עצמו. צלם שני: כלול / לא כלול (מחק את המיותר). אם כלול, צלם שני יצלם מהשעה ______ ועד השעה ______, יפעל בהנחיית הצלם, ותמונותיו ייכללו במסירה. הצלם רשאי להחליף את הצלם השני בצלם אחר ברמה דומה. צילום וידאו אינו כלול בהסכם זה אלא אם צוין כאן: ______.</w:t>
      </w:r>
    </w:p>
    <w:p>
      <w:pPr>
        <w:spacing w:after="160"/>
        <w:bidi w:val="1"/>
        <w:jc w:val="right"/>
      </w:pPr>
      <w:r>
        <w:rPr>
          <w:rFonts w:ascii="Arial" w:hAnsi="Arial" w:cs="Arial"/>
          <w:b/>
          <w:sz w:val="22"/>
          <w:rtl w:val="1"/>
        </w:rPr>
        <w:t>5. שעות נוספות:</w:t>
      </w:r>
      <w:r>
        <w:rPr>
          <w:rFonts w:ascii="Arial" w:hAnsi="Arial" w:cs="Arial"/>
          <w:sz w:val="22"/>
          <w:rtl w:val="1"/>
        </w:rPr>
        <w:t xml:space="preserve"> כל שעת צילום מעבר לשעת הסיום שבסעיף 2 תחויב בסך ______ ₪ לשעה לצלם, ובסך ______ ₪ לשעה לצלם השני אם נשאר. חלק משעה ייחשב ______ (חצי שעה / שעה מלאה). שעות נוספות יאושרו במקום על ידי הלקוח או איש הקשר, בכפוף לזמינות הצלם, וישולמו יחד עם התשלום האחרון.</w:t>
      </w:r>
    </w:p>
    <w:p>
      <w:pPr>
        <w:spacing w:after="160"/>
        <w:bidi w:val="1"/>
        <w:jc w:val="right"/>
      </w:pPr>
      <w:r>
        <w:rPr>
          <w:rFonts w:ascii="Arial" w:hAnsi="Arial" w:cs="Arial"/>
          <w:b/>
          <w:sz w:val="22"/>
          <w:rtl w:val="1"/>
        </w:rPr>
        <w:t>6. טעימה ראשונה:</w:t>
      </w:r>
      <w:r>
        <w:rPr>
          <w:rFonts w:ascii="Arial" w:hAnsi="Arial" w:cs="Arial"/>
          <w:sz w:val="22"/>
          <w:rtl w:val="1"/>
        </w:rPr>
        <w:t xml:space="preserve"> הצלם ימסור ללקוח ______ תמונות ערוכות לפחות תוך ______ ימים מהחתונה, לשיתוף עם המשפחה. תמונות אלה הן חלק מהכמות הכוללת שבסעיף 7.</w:t>
      </w:r>
    </w:p>
    <w:p>
      <w:pPr>
        <w:spacing w:after="160"/>
        <w:bidi w:val="1"/>
        <w:jc w:val="right"/>
      </w:pPr>
      <w:r>
        <w:rPr>
          <w:rFonts w:ascii="Arial" w:hAnsi="Arial" w:cs="Arial"/>
          <w:b/>
          <w:sz w:val="22"/>
          <w:rtl w:val="1"/>
        </w:rPr>
        <w:t>7. מה נמסר:</w:t>
      </w:r>
      <w:r>
        <w:rPr>
          <w:rFonts w:ascii="Arial" w:hAnsi="Arial" w:cs="Arial"/>
          <w:sz w:val="22"/>
          <w:rtl w:val="1"/>
        </w:rPr>
        <w:t xml:space="preserve"> הצלם ימסור ללקוח ______ תמונות ערוכות לפחות, בפורמט JPG ברזולוציה מלאה, דרך גלריה דיגיטלית פרטית, ובנוסף גלריית בחירה עם התמונות הטובות מהאירוע לצורך בחירת התמונות לעריכה ולאלבום. תמונות לא ערוכות אינן חלק מהמסירה. עריכה מעבר לסגנון העריכה הרגיל של הצלם (למשל ריטוש מתקדם) תתומחר בנפרד.</w:t>
      </w:r>
    </w:p>
    <w:p>
      <w:pPr>
        <w:spacing w:after="160"/>
        <w:bidi w:val="1"/>
        <w:jc w:val="right"/>
      </w:pPr>
      <w:r>
        <w:rPr>
          <w:rFonts w:ascii="Arial" w:hAnsi="Arial" w:cs="Arial"/>
          <w:b/>
          <w:sz w:val="22"/>
          <w:rtl w:val="1"/>
        </w:rPr>
        <w:t>8. אלבום:</w:t>
      </w:r>
      <w:r>
        <w:rPr>
          <w:rFonts w:ascii="Arial" w:hAnsi="Arial" w:cs="Arial"/>
          <w:sz w:val="22"/>
          <w:rtl w:val="1"/>
        </w:rPr>
        <w:t xml:space="preserve"> אלבום מסוג ______ בגודל ______ עם ______ עמודים ועד ______ תמונות: כלול / לא כלול. הלקוח יבחר את התמונות לאלבום מתוך הגלריה תוך ______ ימים מקבלתה. הצלם ימסור הדמיה של עיצוב האלבום לאישור הלקוח, והלקוח זכאי ל-______ סבבי תיקונים. סבב תיקונים נוסף יחויב בסך ______ ₪. אלבומי הורים: ______ עותקים בסך ______ ₪ לעותק. האלבום יימסר תוך ______ ימים מאישור העיצוב הסופי.</w:t>
      </w:r>
    </w:p>
    <w:p>
      <w:pPr>
        <w:spacing w:after="160"/>
        <w:bidi w:val="1"/>
        <w:jc w:val="right"/>
      </w:pPr>
      <w:r>
        <w:rPr>
          <w:rFonts w:ascii="Arial" w:hAnsi="Arial" w:cs="Arial"/>
          <w:b/>
          <w:sz w:val="22"/>
          <w:rtl w:val="1"/>
        </w:rPr>
        <w:t>9. לוח זמנים למסירה:</w:t>
      </w:r>
      <w:r>
        <w:rPr>
          <w:rFonts w:ascii="Arial" w:hAnsi="Arial" w:cs="Arial"/>
          <w:sz w:val="22"/>
          <w:rtl w:val="1"/>
        </w:rPr>
        <w:t xml:space="preserve"> גלריית הבחירה תימסר תוך ______ ימים מהחתונה. התמונות הערוכות יימסרו תוך ______ ימים מהחתונה, או תוך ______ ימים מקבלת בחירת הלקוח, לפי המאוחר. האלבום יימסר לפי סעיף 8. עיכוב שמקורו בלקוח (איחור בבחירת התמונות או באישור העיצוב) דוחה את מועדי המסירה בהתאם.</w:t>
      </w:r>
    </w:p>
    <w:p>
      <w:pPr>
        <w:spacing w:after="160"/>
        <w:bidi w:val="1"/>
        <w:jc w:val="right"/>
      </w:pPr>
      <w:r>
        <w:rPr>
          <w:rFonts w:ascii="Arial" w:hAnsi="Arial" w:cs="Arial"/>
          <w:b/>
          <w:sz w:val="22"/>
          <w:rtl w:val="1"/>
        </w:rPr>
        <w:t>10. מחיר:</w:t>
      </w:r>
      <w:r>
        <w:rPr>
          <w:rFonts w:ascii="Arial" w:hAnsi="Arial" w:cs="Arial"/>
          <w:sz w:val="22"/>
          <w:rtl w:val="1"/>
        </w:rPr>
        <w:t xml:space="preserve"> התמורה הכוללת עבור השירותים המפורטים בהסכם זה היא ______ ₪ (כולל / לא כולל מע"מ). שעות נוספות, אלבומי הורים, סבבי תיקונים נוספים וכל שירות שאינו מפורט בהסכם יתומחרו בנפרד ובכתב.</w:t>
      </w:r>
    </w:p>
    <w:p>
      <w:pPr>
        <w:spacing w:after="160"/>
        <w:bidi w:val="1"/>
        <w:jc w:val="right"/>
      </w:pPr>
      <w:r>
        <w:rPr>
          <w:rFonts w:ascii="Arial" w:hAnsi="Arial" w:cs="Arial"/>
          <w:b/>
          <w:sz w:val="22"/>
          <w:rtl w:val="1"/>
        </w:rPr>
        <w:t>11. מקדמה ולוח תשלומים:</w:t>
      </w:r>
      <w:r>
        <w:rPr>
          <w:rFonts w:ascii="Arial" w:hAnsi="Arial" w:cs="Arial"/>
          <w:sz w:val="22"/>
          <w:rtl w:val="1"/>
        </w:rPr>
        <w:t xml:space="preserve"> במעמד החתימה ישלם הלקוח מקדמה בסך ______ ₪ (______% מהתמורה). התאריך נשמר ללקוח רק לאחר קבלת המקדמה, ועד אז הצלם רשאי לקבל הזמנה אחרת לאותו תאריך. יתרת התשלום תשולם כך: ______ ₪ עד ______ ימים לפני החתונה, ו-______ ₪ במעמד מסירת הגלריה הערוכה. האלבום יימסר לאחר השלמת מלוא התשלום, כולל שעות נוספות.</w:t>
      </w:r>
    </w:p>
    <w:p>
      <w:pPr>
        <w:spacing w:after="160"/>
        <w:bidi w:val="1"/>
        <w:jc w:val="right"/>
      </w:pPr>
      <w:r>
        <w:rPr>
          <w:rFonts w:ascii="Arial" w:hAnsi="Arial" w:cs="Arial"/>
          <w:b/>
          <w:sz w:val="22"/>
          <w:rtl w:val="1"/>
        </w:rPr>
        <w:t>12. תנאי ביטול ודחייה:</w:t>
      </w:r>
      <w:r>
        <w:rPr>
          <w:rFonts w:ascii="Arial" w:hAnsi="Arial" w:cs="Arial"/>
          <w:sz w:val="22"/>
          <w:rtl w:val="1"/>
        </w:rPr>
        <w:t xml:space="preserve"> ביטול על ידי הלקוח ייעשה בכתב. בביטול יותר מ-______ ימים לפני החתונה תוחזר המקדמה בניכוי ______ ₪ דמי טיפול. בביטול בין ______ ל-______ ימים לפני החתונה המקדמה לא תוחזר. בביטול פחות מ-______ ימים לפני החתונה ישלם הלקוח ______% מהתמורה הכוללת. דחיית החתונה למועד אחר, פעם אחת, בתיאום עם הצלם ובכפוף לזמינותו, אינה ביטול, והמקדמה עוברת למועד החדש. אם הצלם אינו פנוי במועד החדש, או בדחייה נוספת, יחולו תנאי הביטול לפי מועד ההודעה על הדחייה.</w:t>
      </w:r>
    </w:p>
    <w:p>
      <w:pPr>
        <w:spacing w:after="160"/>
        <w:bidi w:val="1"/>
        <w:jc w:val="right"/>
      </w:pPr>
      <w:r>
        <w:rPr>
          <w:rFonts w:ascii="Arial" w:hAnsi="Arial" w:cs="Arial"/>
          <w:b/>
          <w:sz w:val="22"/>
          <w:rtl w:val="1"/>
        </w:rPr>
        <w:t>13. מחלה, כוח עליון וצלם מחליף:</w:t>
      </w:r>
      <w:r>
        <w:rPr>
          <w:rFonts w:ascii="Arial" w:hAnsi="Arial" w:cs="Arial"/>
          <w:sz w:val="22"/>
          <w:rtl w:val="1"/>
        </w:rPr>
        <w:t xml:space="preserve"> אם הצלם לא יוכל להגיע לחתונה מסיבה שאינה בשליטתו (מחלה, תאונה, אבל או אירוע כוח עליון), הוא יעשה מאמץ סביר להעמיד צלם מחליף ברמה מקצועית דומה, באותם תנאים, והלקוח יקבל את התמונות מהצלם לפי הסכם זה. אם לא יימצא מחליף, יוחזר ללקוח מלוא הסכום ששולם, וזה יהיה הסעד היחיד של הלקוח. אם החתונה תבוטל או תידחה בשל כוח עליון (למשל הנחיות ביטחוניות או בריאותיות שאינן מאפשרות את קיומה), יתואם מועד חדש ללא חיוב נוסף, בכפוף לזמינות הצלם.</w:t>
      </w:r>
    </w:p>
    <w:p>
      <w:pPr>
        <w:spacing w:after="160"/>
        <w:bidi w:val="1"/>
        <w:jc w:val="right"/>
      </w:pPr>
      <w:r>
        <w:rPr>
          <w:rFonts w:ascii="Arial" w:hAnsi="Arial" w:cs="Arial"/>
          <w:b/>
          <w:sz w:val="22"/>
          <w:rtl w:val="1"/>
        </w:rPr>
        <w:t>14. זכויות יוצרים ורשות פרסום:</w:t>
      </w:r>
      <w:r>
        <w:rPr>
          <w:rFonts w:ascii="Arial" w:hAnsi="Arial" w:cs="Arial"/>
          <w:sz w:val="22"/>
          <w:rtl w:val="1"/>
        </w:rPr>
        <w:t xml:space="preserve"> הצדדים מסכימים כי זכויות היוצרים בתמונות, כולל תמונות הצלם השני, שייכות לצלם. הלקוח מקבל רישיון לשימוש אישי ולא מסחרי בתמונות, לרבות הדפסה ושיתוף עם משפחה וחברים. הלקוח מאשר לצלם לפרסם תמונות נבחרות מהחתונה בתיק העבודות שלו, באתר וברשתות החברתיות, ללא ציון שמות. הלקוח רשאי לבטל אישור זה בהודעה בכתב, ובמקרה כזה הצלם יימנע מפרסום נוסף. מסירת תמונות לספקים אחרים באירוע לצורכי פרסום תיעשה באישור הצלם.</w:t>
      </w:r>
    </w:p>
    <w:p>
      <w:pPr>
        <w:spacing w:after="160"/>
        <w:bidi w:val="1"/>
        <w:jc w:val="right"/>
      </w:pPr>
      <w:r>
        <w:rPr>
          <w:rFonts w:ascii="Arial" w:hAnsi="Arial" w:cs="Arial"/>
          <w:b/>
          <w:sz w:val="22"/>
          <w:rtl w:val="1"/>
        </w:rPr>
        <w:t>15. קבצי RAW:</w:t>
      </w:r>
      <w:r>
        <w:rPr>
          <w:rFonts w:ascii="Arial" w:hAnsi="Arial" w:cs="Arial"/>
          <w:sz w:val="22"/>
          <w:rtl w:val="1"/>
        </w:rPr>
        <w:t xml:space="preserve"> קבצי המקור (RAW) הם חומר עבודה של הצלם ואינם נמסרים ללקוח, אלא אם סוכם אחרת בכתב ובתמורה נפרדת.</w:t>
      </w:r>
    </w:p>
    <w:p>
      <w:pPr>
        <w:spacing w:after="160"/>
        <w:bidi w:val="1"/>
        <w:jc w:val="right"/>
      </w:pPr>
      <w:r>
        <w:rPr>
          <w:rFonts w:ascii="Arial" w:hAnsi="Arial" w:cs="Arial"/>
          <w:b/>
          <w:sz w:val="22"/>
          <w:rtl w:val="1"/>
        </w:rPr>
        <w:t>16. גיבוי, תקופת שמירה והגבלת אחריות:</w:t>
      </w:r>
      <w:r>
        <w:rPr>
          <w:rFonts w:ascii="Arial" w:hAnsi="Arial" w:cs="Arial"/>
          <w:sz w:val="22"/>
          <w:rtl w:val="1"/>
        </w:rPr>
        <w:t xml:space="preserve"> הצלם ישמור עותק של התמונות הערוכות למשך ______ חודשים ממועד המסירה, ולאחר מכן האחריות לשמירת עותק עוברת ללקוח. אחריות הצלם בכל מקרה, לרבות אובדן חלק מהתמונות בשל תקלה טכנית, לא תעלה על הסכום ששולם בפועל לפי הסכם זה. הלקוח מבין שצילום חתונה תלוי בתאורת המקום, בלוח הזמנים בפועל, בהגבלות המקום ובהתנהלות האורחים, ושהצלם אינו מתחייב לתמונה ספציפית.</w:t>
      </w:r>
    </w:p>
    <w:p>
      <w:pPr>
        <w:spacing w:after="160"/>
        <w:bidi w:val="1"/>
        <w:jc w:val="right"/>
      </w:pPr>
      <w:r>
        <w:rPr>
          <w:rFonts w:ascii="Arial" w:hAnsi="Arial" w:cs="Arial"/>
          <w:b/>
          <w:sz w:val="22"/>
          <w:rtl w:val="1"/>
        </w:rPr>
        <w:t>17. חתימות:</w:t>
      </w:r>
      <w:r>
        <w:rPr>
          <w:rFonts w:ascii="Arial" w:hAnsi="Arial" w:cs="Arial"/>
          <w:sz w:val="22"/>
          <w:rtl w:val="1"/>
        </w:rPr>
        <w:t xml:space="preserve"> הצדדים קראו את ההסכם, הבינו את תוכנו ומסכימים לו. הצלם: ______ תאריך: ______ חתימה: ______. הלקוח: ______ תאריך: ______ חתימה: ______. הלקוח: ______ תאריך: ______ חתימה: ______.</w:t>
      </w:r>
    </w:p>
    <w:p>
      <w:pPr>
        <w:spacing w:after="200"/>
        <w:bidi w:val="1"/>
        <w:jc w:val="right"/>
      </w:pPr>
      <w:r>
        <w:rPr>
          <w:rFonts w:ascii="Arial" w:hAnsi="Arial" w:cs="Arial"/>
          <w:b w:val="0"/>
          <w:sz w:val="22"/>
          <w:rtl w:val="1"/>
        </w:rPr>
      </w:r>
    </w:p>
    <w:p>
      <w:pPr>
        <w:spacing w:after="160"/>
        <w:bidi w:val="1"/>
        <w:jc w:val="right"/>
      </w:pPr>
      <w:r>
        <w:rPr>
          <w:rFonts w:ascii="Arial" w:hAnsi="Arial" w:cs="Arial"/>
          <w:b w:val="0"/>
          <w:sz w:val="22"/>
          <w:rtl w:val="1"/>
        </w:rPr>
        <w:t>חתימה: ______________________    תאריך: ____________</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