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bidi w:val="1"/>
        <w:jc w:val="right"/>
      </w:pPr>
      <w:r>
        <w:rPr>
          <w:rFonts w:ascii="Arial" w:hAnsi="Arial" w:cs="Arial"/>
          <w:b/>
          <w:sz w:val="32"/>
          <w:rtl w:val="1"/>
        </w:rPr>
        <w:t>חוזה צילום (נוסח סטנדרטי לאירועים ולחתונות)</w:t>
      </w:r>
    </w:p>
    <w:p>
      <w:pPr>
        <w:spacing w:after="240"/>
        <w:bidi w:val="1"/>
        <w:jc w:val="right"/>
      </w:pPr>
      <w:r>
        <w:rPr>
          <w:rFonts w:ascii="Arial" w:hAnsi="Arial" w:cs="Arial"/>
          <w:b w:val="0"/>
          <w:sz w:val="22"/>
          <w:rtl w:val="1"/>
        </w:rPr>
        <w:t>הנוסח הבא הוא חוזה צילום חתונה בסיסי שמתאים גם לבר מצווה, לברית, לאירוע חברה או לצילומי משפחה. הקווים התחתונים הם המקומות שממלאים לפני החתימה.</w:t>
      </w:r>
    </w:p>
    <w:p>
      <w:pPr>
        <w:spacing w:after="160"/>
        <w:bidi w:val="1"/>
        <w:jc w:val="right"/>
      </w:pPr>
      <w:r>
        <w:rPr>
          <w:rFonts w:ascii="Arial" w:hAnsi="Arial" w:cs="Arial"/>
          <w:b/>
          <w:sz w:val="22"/>
          <w:rtl w:val="1"/>
        </w:rPr>
        <w:t>1. הצדדים:</w:t>
      </w:r>
      <w:r>
        <w:rPr>
          <w:rFonts w:ascii="Arial" w:hAnsi="Arial" w:cs="Arial"/>
          <w:sz w:val="22"/>
          <w:rtl w:val="1"/>
        </w:rPr>
        <w:t xml:space="preserve"> הסכם זה נערך ונחתם ביום ______ בין ______ (להלן: "הצלם"), ת.ז. / ע.מ. ______, כתובת ______, טלפון ______, לבין ______ (להלן: "הלקוח"), ת.ז. ______, כתובת ______, טלפון ______.</w:t>
      </w:r>
    </w:p>
    <w:p>
      <w:pPr>
        <w:spacing w:after="160"/>
        <w:bidi w:val="1"/>
        <w:jc w:val="right"/>
      </w:pPr>
      <w:r>
        <w:rPr>
          <w:rFonts w:ascii="Arial" w:hAnsi="Arial" w:cs="Arial"/>
          <w:b/>
          <w:sz w:val="22"/>
          <w:rtl w:val="1"/>
        </w:rPr>
        <w:t>2. האירוע:</w:t>
      </w:r>
      <w:r>
        <w:rPr>
          <w:rFonts w:ascii="Arial" w:hAnsi="Arial" w:cs="Arial"/>
          <w:sz w:val="22"/>
          <w:rtl w:val="1"/>
        </w:rPr>
        <w:t xml:space="preserve"> הצלם יצלם את האירוע מסוג ______ שייערך ביום ______ ב-______ (שם המקום וכתובתו), החל מהשעה ______ ועד השעה ______. כל שעת צילום נוספת מעבר לשעות אלה תחויב בסך ______ ₪ לשעה, בכפוף להסכמת הצלם במקום.</w:t>
      </w:r>
    </w:p>
    <w:p>
      <w:pPr>
        <w:spacing w:after="160"/>
        <w:bidi w:val="1"/>
        <w:jc w:val="right"/>
      </w:pPr>
      <w:r>
        <w:rPr>
          <w:rFonts w:ascii="Arial" w:hAnsi="Arial" w:cs="Arial"/>
          <w:b/>
          <w:sz w:val="22"/>
          <w:rtl w:val="1"/>
        </w:rPr>
        <w:t>3. מה נמסר:</w:t>
      </w:r>
      <w:r>
        <w:rPr>
          <w:rFonts w:ascii="Arial" w:hAnsi="Arial" w:cs="Arial"/>
          <w:sz w:val="22"/>
          <w:rtl w:val="1"/>
        </w:rPr>
        <w:t xml:space="preserve"> הצלם ימסור ללקוח ______ תמונות ערוכות לפחות, בפורמט JPG ברזולוציה מלאה, דרך גלריה דיגיטלית פרטית. ככל שהוזמן אלבום, יימסר אלבום מסוג ______ בגודל ______ עם ______ עמודים, לאחר שהלקוח יאשר את העיצוב. תמונות לא ערוכות אינן חלק מהמסירה.</w:t>
      </w:r>
    </w:p>
    <w:p>
      <w:pPr>
        <w:spacing w:after="160"/>
        <w:bidi w:val="1"/>
        <w:jc w:val="right"/>
      </w:pPr>
      <w:r>
        <w:rPr>
          <w:rFonts w:ascii="Arial" w:hAnsi="Arial" w:cs="Arial"/>
          <w:b/>
          <w:sz w:val="22"/>
          <w:rtl w:val="1"/>
        </w:rPr>
        <w:t>4. לוח זמנים למסירה:</w:t>
      </w:r>
      <w:r>
        <w:rPr>
          <w:rFonts w:ascii="Arial" w:hAnsi="Arial" w:cs="Arial"/>
          <w:sz w:val="22"/>
          <w:rtl w:val="1"/>
        </w:rPr>
        <w:t xml:space="preserve"> גלריית בחירה או תמונות מקדימות יימסרו תוך ______ ימים מהאירוע. התמונות הערוכות יימסרו תוך ______ ימים מהאירוע. האלבום יימסר תוך ______ ימים מאישור העיצוב הסופי על ידי הלקוח. עיכוב שמקורו בלקוח (למשל איחור בבחירת התמונות) דוחה את מועדי המסירה בהתאם.</w:t>
      </w:r>
    </w:p>
    <w:p>
      <w:pPr>
        <w:spacing w:after="160"/>
        <w:bidi w:val="1"/>
        <w:jc w:val="right"/>
      </w:pPr>
      <w:r>
        <w:rPr>
          <w:rFonts w:ascii="Arial" w:hAnsi="Arial" w:cs="Arial"/>
          <w:b/>
          <w:sz w:val="22"/>
          <w:rtl w:val="1"/>
        </w:rPr>
        <w:t>5. מחיר:</w:t>
      </w:r>
      <w:r>
        <w:rPr>
          <w:rFonts w:ascii="Arial" w:hAnsi="Arial" w:cs="Arial"/>
          <w:sz w:val="22"/>
          <w:rtl w:val="1"/>
        </w:rPr>
        <w:t xml:space="preserve"> התמורה הכוללת עבור השירותים המפורטים בהסכם זה היא ______ ₪ (כולל / לא כולל מע"מ). כל שירות או מוצר שאינו מפורט בהסכם יתומחר בנפרד ובכתב.</w:t>
      </w:r>
    </w:p>
    <w:p>
      <w:pPr>
        <w:spacing w:after="160"/>
        <w:bidi w:val="1"/>
        <w:jc w:val="right"/>
      </w:pPr>
      <w:r>
        <w:rPr>
          <w:rFonts w:ascii="Arial" w:hAnsi="Arial" w:cs="Arial"/>
          <w:b/>
          <w:sz w:val="22"/>
          <w:rtl w:val="1"/>
        </w:rPr>
        <w:t>6. מקדמה ולוח תשלומים:</w:t>
      </w:r>
      <w:r>
        <w:rPr>
          <w:rFonts w:ascii="Arial" w:hAnsi="Arial" w:cs="Arial"/>
          <w:sz w:val="22"/>
          <w:rtl w:val="1"/>
        </w:rPr>
        <w:t xml:space="preserve"> במעמד החתימה ישלם הלקוח מקדמה בסך ______ ₪. התאריך נשמר ללקוח רק לאחר קבלת המקדמה. יתרת התשלום תשולם כך: ______ ₪ עד ______ ימים לפני האירוע, ו-______ ₪ במעמד מסירת התמונות. התמונות והאלבום יימסרו לאחר השלמת מלוא התשלום.</w:t>
      </w:r>
    </w:p>
    <w:p>
      <w:pPr>
        <w:spacing w:after="160"/>
        <w:bidi w:val="1"/>
        <w:jc w:val="right"/>
      </w:pPr>
      <w:r>
        <w:rPr>
          <w:rFonts w:ascii="Arial" w:hAnsi="Arial" w:cs="Arial"/>
          <w:b/>
          <w:sz w:val="22"/>
          <w:rtl w:val="1"/>
        </w:rPr>
        <w:t>7. תנאי ביטול:</w:t>
      </w:r>
      <w:r>
        <w:rPr>
          <w:rFonts w:ascii="Arial" w:hAnsi="Arial" w:cs="Arial"/>
          <w:sz w:val="22"/>
          <w:rtl w:val="1"/>
        </w:rPr>
        <w:t xml:space="preserve"> ביטול על ידי הלקוח ייעשה בכתב. בביטול עד ______ ימים לפני האירוע תוחזר המקדמה בניכוי ______ ₪ דמי טיפול. בביטול בין ______ ל-______ ימים לפני האירוע המקדמה לא תוחזר. בביטול פחות מ-______ ימים לפני האירוע ישלם הלקוח ______% מהתמורה הכוללת. דחיית האירוע למועד אחר, בתיאום עם הצלם ובכפוף לזמינותו, אינה ביטול, והמקדמה עוברת למועד החדש.</w:t>
      </w:r>
    </w:p>
    <w:p>
      <w:pPr>
        <w:spacing w:after="160"/>
        <w:bidi w:val="1"/>
        <w:jc w:val="right"/>
      </w:pPr>
      <w:r>
        <w:rPr>
          <w:rFonts w:ascii="Arial" w:hAnsi="Arial" w:cs="Arial"/>
          <w:b/>
          <w:sz w:val="22"/>
          <w:rtl w:val="1"/>
        </w:rPr>
        <w:t>8. מחלה, כוח עליון וצלם מחליף:</w:t>
      </w:r>
      <w:r>
        <w:rPr>
          <w:rFonts w:ascii="Arial" w:hAnsi="Arial" w:cs="Arial"/>
          <w:sz w:val="22"/>
          <w:rtl w:val="1"/>
        </w:rPr>
        <w:t xml:space="preserve"> אם הצלם לא יוכל להגיע לאירוע מסיבה שאינה בשליטתו (מחלה, תאונה, אבל או אירוע כוח עליון), הוא יעשה מאמץ סביר להעמיד צלם מחליף ברמה מקצועית דומה, באותם תנאים. אם לא יימצא מחליף, יוחזר ללקוח מלוא הסכום ששולם, וזה יהיה הסעד היחיד של הלקוח. אם האירוע יבוטל או יידחה בשל כוח עליון (למשל הנחיות ביטחוניות או בריאותיות שאינן מאפשרות את קיומו), יתואם מועד חדש ללא חיוב נוסף, בכפוף לזמינות הצלם.</w:t>
      </w:r>
    </w:p>
    <w:p>
      <w:pPr>
        <w:spacing w:after="160"/>
        <w:bidi w:val="1"/>
        <w:jc w:val="right"/>
      </w:pPr>
      <w:r>
        <w:rPr>
          <w:rFonts w:ascii="Arial" w:hAnsi="Arial" w:cs="Arial"/>
          <w:b/>
          <w:sz w:val="22"/>
          <w:rtl w:val="1"/>
        </w:rPr>
        <w:t>9. זכויות יוצרים ורשות פרסום:</w:t>
      </w:r>
      <w:r>
        <w:rPr>
          <w:rFonts w:ascii="Arial" w:hAnsi="Arial" w:cs="Arial"/>
          <w:sz w:val="22"/>
          <w:rtl w:val="1"/>
        </w:rPr>
        <w:t xml:space="preserve"> הצדדים מסכימים כי זכויות היוצרים בתמונות שייכות לצלם. הלקוח מקבל רישיון לשימוש אישי ולא מסחרי בתמונות, לרבות הדפסה ושיתוף עם משפחה וחברים. הלקוח מאשר לצלם לפרסם תמונות נבחרות מהאירוע בתיק העבודות שלו, באתר וברשתות החברתיות, ללא ציון שמות. הלקוח רשאי לבטל אישור זה בהודעה בכתב, ובמקרה כזה הצלם יימנע מפרסום נוסף.</w:t>
      </w:r>
    </w:p>
    <w:p>
      <w:pPr>
        <w:spacing w:after="160"/>
        <w:bidi w:val="1"/>
        <w:jc w:val="right"/>
      </w:pPr>
      <w:r>
        <w:rPr>
          <w:rFonts w:ascii="Arial" w:hAnsi="Arial" w:cs="Arial"/>
          <w:b/>
          <w:sz w:val="22"/>
          <w:rtl w:val="1"/>
        </w:rPr>
        <w:t>10. קבצי RAW:</w:t>
      </w:r>
      <w:r>
        <w:rPr>
          <w:rFonts w:ascii="Arial" w:hAnsi="Arial" w:cs="Arial"/>
          <w:sz w:val="22"/>
          <w:rtl w:val="1"/>
        </w:rPr>
        <w:t xml:space="preserve"> קבצי המקור (RAW) הם חומר עבודה של הצלם ואינם נמסרים ללקוח, אלא אם סוכם אחרת בכתב ובתמורה נפרדת.</w:t>
      </w:r>
    </w:p>
    <w:p>
      <w:pPr>
        <w:spacing w:after="160"/>
        <w:bidi w:val="1"/>
        <w:jc w:val="right"/>
      </w:pPr>
      <w:r>
        <w:rPr>
          <w:rFonts w:ascii="Arial" w:hAnsi="Arial" w:cs="Arial"/>
          <w:b/>
          <w:sz w:val="22"/>
          <w:rtl w:val="1"/>
        </w:rPr>
        <w:t>11. גיבוי ותקופת שמירה:</w:t>
      </w:r>
      <w:r>
        <w:rPr>
          <w:rFonts w:ascii="Arial" w:hAnsi="Arial" w:cs="Arial"/>
          <w:sz w:val="22"/>
          <w:rtl w:val="1"/>
        </w:rPr>
        <w:t xml:space="preserve"> הצלם ישמור עותק של התמונות הערוכות למשך ______ חודשים ממועד המסירה. לאחר תקופה זו הצלם רשאי למחוק את הקבצים, והאחריות לשמירת עותק עוברת ללקוח. הצלם ינקוט אמצעים סבירים לגיבוי, אך אינו אחראי לאובדן קבצים שנגרם על ידי תקלה שאינה בשליטתו, ובכל מקרה אחריותו מוגבלת כאמור בסעיף 12.</w:t>
      </w:r>
    </w:p>
    <w:p>
      <w:pPr>
        <w:spacing w:after="160"/>
        <w:bidi w:val="1"/>
        <w:jc w:val="right"/>
      </w:pPr>
      <w:r>
        <w:rPr>
          <w:rFonts w:ascii="Arial" w:hAnsi="Arial" w:cs="Arial"/>
          <w:b/>
          <w:sz w:val="22"/>
          <w:rtl w:val="1"/>
        </w:rPr>
        <w:t>12. הגבלת אחריות:</w:t>
      </w:r>
      <w:r>
        <w:rPr>
          <w:rFonts w:ascii="Arial" w:hAnsi="Arial" w:cs="Arial"/>
          <w:sz w:val="22"/>
          <w:rtl w:val="1"/>
        </w:rPr>
        <w:t xml:space="preserve"> אחריות הצלם בכל מקרה, לרבות אובדן חלק מהתמונות בשל תקלה טכנית, לא תעלה על הסכום ששולם בפועל על ידי הלקוח לפי הסכם זה. הלקוח מבין שצילום אירוע חי תלוי בתנאי המקום, בתאורה ובהתנהלות האורחים, ושהצלם אינו מתחייב לתמונה ספציפית.</w:t>
      </w:r>
    </w:p>
    <w:p>
      <w:pPr>
        <w:spacing w:after="280"/>
        <w:bidi w:val="1"/>
        <w:jc w:val="right"/>
      </w:pPr>
      <w:r>
        <w:rPr>
          <w:rFonts w:ascii="Arial" w:hAnsi="Arial" w:cs="Arial"/>
          <w:b w:val="0"/>
          <w:sz w:val="22"/>
          <w:rtl w:val="1"/>
        </w:rPr>
      </w:r>
    </w:p>
    <w:p>
      <w:pPr>
        <w:spacing w:after="160"/>
        <w:bidi w:val="1"/>
        <w:jc w:val="right"/>
      </w:pPr>
      <w:r>
        <w:rPr>
          <w:rFonts w:ascii="Arial" w:hAnsi="Arial" w:cs="Arial"/>
          <w:b w:val="0"/>
          <w:sz w:val="22"/>
          <w:rtl w:val="1"/>
        </w:rPr>
        <w:t>חתימת הצלם: ______________________    תאריך: ____________</w:t>
      </w:r>
    </w:p>
    <w:p>
      <w:pPr>
        <w:spacing w:after="280"/>
        <w:bidi w:val="1"/>
        <w:jc w:val="right"/>
      </w:pPr>
      <w:r>
        <w:rPr>
          <w:rFonts w:ascii="Arial" w:hAnsi="Arial" w:cs="Arial"/>
          <w:b w:val="0"/>
          <w:sz w:val="22"/>
          <w:rtl w:val="1"/>
        </w:rPr>
        <w:t>חתימת הלקוח: ______________________    תאריך: ____________</w:t>
      </w:r>
    </w:p>
    <w:p>
      <w:pPr>
        <w:spacing w:after="0"/>
        <w:bidi w:val="1"/>
        <w:jc w:val="right"/>
      </w:pPr>
      <w:r>
        <w:rPr>
          <w:rFonts w:ascii="Arial" w:hAnsi="Arial" w:cs="Arial"/>
          <w:b w:val="0"/>
          <w:sz w:val="18"/>
          <w:rtl w:val="1"/>
        </w:rPr>
        <w:t>הנוסח הזה הוא דוגמה כללית ולא ייעוץ משפטי. הוא לא מכיר את העסק שלכם, את סוג הלקוחות שלכם ואת מה שקרה לכם בעבר. לפני שאתם מחתימים עליו לקוח ראשון, תנו לעורך דין לעבור עליו פעם אחת ולהתאים אותו.</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