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bidi w:val="1"/>
        <w:jc w:val="right"/>
      </w:pPr>
      <w:r>
        <w:rPr>
          <w:rFonts w:ascii="Arial" w:hAnsi="Arial" w:cs="Arial"/>
          <w:b/>
          <w:sz w:val="32"/>
          <w:rtl w:val="1"/>
        </w:rPr>
        <w:t>מסמך 2: אישור הורים לצילום ילדים ולפרסום של קטין</w:t>
      </w:r>
    </w:p>
    <w:p>
      <w:pPr>
        <w:spacing w:after="240"/>
        <w:bidi w:val="1"/>
        <w:jc w:val="right"/>
      </w:pPr>
      <w:r>
        <w:rPr>
          <w:rFonts w:ascii="Arial" w:hAnsi="Arial" w:cs="Arial"/>
          <w:b w:val="0"/>
          <w:sz w:val="22"/>
          <w:rtl w:val="1"/>
        </w:rPr>
        <w:t>טופס הסכמה לצילום ילדים עושה שתי עבודות: מאשר את הצילום עצמו (סעיף 3) ובנפרד את הפרסום (סעיף 4), כי הורה שמזמין צילומי משפחה לא בהכרח רוצה את הילד שלו בדף עסקי. סעיפים 5 ו-6 נותנים לו ביטחון: בלי שם משפחה, בלי גן או בית ספר, ובלי תמונות שיביכו את הילד בעוד עשר שנים.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1. הצדדים:</w:t>
      </w:r>
      <w:r>
        <w:rPr>
          <w:rFonts w:ascii="Arial" w:hAnsi="Arial" w:cs="Arial"/>
          <w:sz w:val="22"/>
          <w:rtl w:val="1"/>
        </w:rPr>
        <w:t xml:space="preserve"> אני, ______, ת.ז. ______, טלפון ______, ההורה / האפוטרופוס של הקטין ______, ת.ז. ______, יליד ______ (להלן: "הקטין"), מאשר בזאת לצלם ______, ע.מ. / ח.פ. ______ (להלן: "הצלם"), כמפורט להלן.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2. הצילום:</w:t>
      </w:r>
      <w:r>
        <w:rPr>
          <w:rFonts w:ascii="Arial" w:hAnsi="Arial" w:cs="Arial"/>
          <w:sz w:val="22"/>
          <w:rtl w:val="1"/>
        </w:rPr>
        <w:t xml:space="preserve"> האישור מתייחס לצילום שנערך ביום ______ ב-______ במסגרת ______ (למשל: צילומי משפחה, ניובורן, יום הולדת, חלאקה, בת מצווה), ולתמונות שצולמו בו (להלן: "התמונות").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3. אישור לצילום:</w:t>
      </w:r>
      <w:r>
        <w:rPr>
          <w:rFonts w:ascii="Arial" w:hAnsi="Arial" w:cs="Arial"/>
          <w:sz w:val="22"/>
          <w:rtl w:val="1"/>
        </w:rPr>
        <w:t xml:space="preserve"> אני מאשר שהקטין יצולם על ידי הצלם במסגרת האמורה, בנוכחותי או בנוכחות בגיר מטעמי.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4. השימושים המאושרים (מוחקים את המיותר):</w:t>
      </w:r>
      <w:r>
        <w:rPr>
          <w:rFonts w:ascii="Arial" w:hAnsi="Arial" w:cs="Arial"/>
          <w:sz w:val="22"/>
          <w:rtl w:val="1"/>
        </w:rPr>
        <w:t xml:space="preserve"> תיק עבודות: כן / לא. דף עסקי: כן / לא. רשתות חברתיות של הצלם: כן / לא. תחרויות ותערוכות: כן / לא. פרסום מודפס: כן / לא. אחר: ______. שימוש שלא סומן אינו מאושר.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5. פרטים מזהים:</w:t>
      </w:r>
      <w:r>
        <w:rPr>
          <w:rFonts w:ascii="Arial" w:hAnsi="Arial" w:cs="Arial"/>
          <w:sz w:val="22"/>
          <w:rtl w:val="1"/>
        </w:rPr>
        <w:t xml:space="preserve"> התמונות יפורסמו ללא שם משפחה, כתובת, שם גן או בית ספר ופרטים מזהים אחרים. שם פרטי: מותר / אסור. גיל: מותר / אסור.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6. תמונות רגישות:</w:t>
      </w:r>
      <w:r>
        <w:rPr>
          <w:rFonts w:ascii="Arial" w:hAnsi="Arial" w:cs="Arial"/>
          <w:sz w:val="22"/>
          <w:rtl w:val="1"/>
        </w:rPr>
        <w:t xml:space="preserve"> לא יפורסמו תמונות שבהן הקטין אינו לבוש במלואו, נמצא במצוקה או מצולם בנסיבות שעלולות להביך אותו.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7. זכויות ותמורה:</w:t>
      </w:r>
      <w:r>
        <w:rPr>
          <w:rFonts w:ascii="Arial" w:hAnsi="Arial" w:cs="Arial"/>
          <w:sz w:val="22"/>
          <w:rtl w:val="1"/>
        </w:rPr>
        <w:t xml:space="preserve"> ככל שזכות היוצרים בתמונות שייכת לי כמזמין, אני מעניק לצלם רשות להשתמש בהן למטרות שסומנו בסעיף 4, ללא הגבלת זמן וללא תמורה נוספת מעבר לשירות הצילום שסוכם.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8. ביטול:</w:t>
      </w:r>
      <w:r>
        <w:rPr>
          <w:rFonts w:ascii="Arial" w:hAnsi="Arial" w:cs="Arial"/>
          <w:sz w:val="22"/>
          <w:rtl w:val="1"/>
        </w:rPr>
        <w:t xml:space="preserve"> אני רשאי לבטל אישור זה בכל עת בהודעה בכתב. הצלם יסיר את תמונות הקטין מהערוצים שבשליטתו תוך ______ ימים ולא יעלה חדשות.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9. הצהרה וחתימה:</w:t>
      </w:r>
      <w:r>
        <w:rPr>
          <w:rFonts w:ascii="Arial" w:hAnsi="Arial" w:cs="Arial"/>
          <w:sz w:val="22"/>
          <w:rtl w:val="1"/>
        </w:rPr>
        <w:t xml:space="preserve"> אני מצהיר שאני רשאי לתת אישור זה בשם הקטין. שם ההורה: ______ תאריך: ______ חתימה: ______. הורה או אפוטרופוס נוסף (מומלץ): שם ______ ת.ז. ______ חתימה ______.</w:t>
      </w:r>
    </w:p>
    <w:p>
      <w:pPr>
        <w:spacing w:after="200"/>
        <w:bidi w:val="1"/>
        <w:jc w:val="right"/>
      </w:pPr>
      <w:r>
        <w:rPr>
          <w:rFonts w:ascii="Arial" w:hAnsi="Arial" w:cs="Arial"/>
          <w:b w:val="0"/>
          <w:sz w:val="22"/>
          <w:rtl w:val="1"/>
        </w:rPr>
      </w:r>
    </w:p>
    <w:p>
      <w:pPr>
        <w:spacing w:after="160"/>
        <w:bidi w:val="1"/>
        <w:jc w:val="right"/>
      </w:pPr>
      <w:r>
        <w:rPr>
          <w:rFonts w:ascii="Arial" w:hAnsi="Arial" w:cs="Arial"/>
          <w:b w:val="0"/>
          <w:sz w:val="22"/>
          <w:rtl w:val="1"/>
        </w:rPr>
        <w:t>חתימה: ______________________    תאריך: ____________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