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bidi w:val="1"/>
        <w:jc w:val="right"/>
      </w:pPr>
      <w:r>
        <w:rPr>
          <w:rFonts w:ascii="Arial" w:hAnsi="Arial" w:cs="Arial"/>
          <w:b/>
          <w:sz w:val="32"/>
          <w:rtl w:val="1"/>
        </w:rPr>
        <w:t>מסמך 1: אישור שימוש ופרסום למבוגר, הנוסח המלא</w:t>
      </w:r>
    </w:p>
    <w:p>
      <w:pPr>
        <w:spacing w:after="240"/>
        <w:bidi w:val="1"/>
        <w:jc w:val="right"/>
      </w:pPr>
      <w:r>
        <w:rPr>
          <w:rFonts w:ascii="Arial" w:hAnsi="Arial" w:cs="Arial"/>
          <w:b w:val="0"/>
          <w:sz w:val="22"/>
          <w:rtl w:val="1"/>
        </w:rPr>
        <w:t>הטופס הבסיסי, לכל לקוח בגיר שאתם רוצים להציג בתיק העבודות. הקווים התחתונים הם המקומות שממלאים, ואת אפשרויות "כן / לא" מוחקים לפי מה שסוכם.</w:t>
      </w:r>
    </w:p>
    <w:p>
      <w:pPr>
        <w:spacing w:after="160"/>
        <w:bidi w:val="1"/>
        <w:jc w:val="right"/>
      </w:pPr>
      <w:r>
        <w:rPr>
          <w:rFonts w:ascii="Arial" w:hAnsi="Arial" w:cs="Arial"/>
          <w:b/>
          <w:sz w:val="22"/>
          <w:rtl w:val="1"/>
        </w:rPr>
        <w:t>1. הצדדים:</w:t>
      </w:r>
      <w:r>
        <w:rPr>
          <w:rFonts w:ascii="Arial" w:hAnsi="Arial" w:cs="Arial"/>
          <w:sz w:val="22"/>
          <w:rtl w:val="1"/>
        </w:rPr>
        <w:t xml:space="preserve"> אני, ______, ת.ז. ______, טלפון ______ (להלן: "המצולם"), מאשר בזאת לצלם ______, ע.מ. / ח.פ. ______ (להלן: "הצלם"), כמפורט להלן.</w:t>
      </w:r>
    </w:p>
    <w:p>
      <w:pPr>
        <w:spacing w:after="160"/>
        <w:bidi w:val="1"/>
        <w:jc w:val="right"/>
      </w:pPr>
      <w:r>
        <w:rPr>
          <w:rFonts w:ascii="Arial" w:hAnsi="Arial" w:cs="Arial"/>
          <w:b/>
          <w:sz w:val="22"/>
          <w:rtl w:val="1"/>
        </w:rPr>
        <w:t>2. התמונות:</w:t>
      </w:r>
      <w:r>
        <w:rPr>
          <w:rFonts w:ascii="Arial" w:hAnsi="Arial" w:cs="Arial"/>
          <w:sz w:val="22"/>
          <w:rtl w:val="1"/>
        </w:rPr>
        <w:t xml:space="preserve"> האישור מתייחס לתמונות שצולמו ביום ______ ב-______ במסגרת ______ (להלן: "התמונות").</w:t>
      </w:r>
    </w:p>
    <w:p>
      <w:pPr>
        <w:spacing w:after="160"/>
        <w:bidi w:val="1"/>
        <w:jc w:val="right"/>
      </w:pPr>
      <w:r>
        <w:rPr>
          <w:rFonts w:ascii="Arial" w:hAnsi="Arial" w:cs="Arial"/>
          <w:b/>
          <w:sz w:val="22"/>
          <w:rtl w:val="1"/>
        </w:rPr>
        <w:t>3. השימושים המאושרים (מוחקים את המיותר):</w:t>
      </w:r>
      <w:r>
        <w:rPr>
          <w:rFonts w:ascii="Arial" w:hAnsi="Arial" w:cs="Arial"/>
          <w:sz w:val="22"/>
          <w:rtl w:val="1"/>
        </w:rPr>
        <w:t xml:space="preserve"> תיק עבודות: כן / לא. דף עסקי: כן / לא. רשתות חברתיות של הצלם: כן / לא. תחרויות ותערוכות: כן / לא. פרסום מודפס: כן / לא. אחר: ______. שימוש שלא סומן אינו מאושר, ובפרט לא שימוש מסחרי לטובת צד שלישי.</w:t>
      </w:r>
    </w:p>
    <w:p>
      <w:pPr>
        <w:spacing w:after="160"/>
        <w:bidi w:val="1"/>
        <w:jc w:val="right"/>
      </w:pPr>
      <w:r>
        <w:rPr>
          <w:rFonts w:ascii="Arial" w:hAnsi="Arial" w:cs="Arial"/>
          <w:b/>
          <w:sz w:val="22"/>
          <w:rtl w:val="1"/>
        </w:rPr>
        <w:t>4. ציון שם:</w:t>
      </w:r>
      <w:r>
        <w:rPr>
          <w:rFonts w:ascii="Arial" w:hAnsi="Arial" w:cs="Arial"/>
          <w:sz w:val="22"/>
          <w:rtl w:val="1"/>
        </w:rPr>
        <w:t xml:space="preserve"> הצלם רשאי לציין את שמי הפרטי לצד התמונות: כן / לא. שם משפחה, כתובת ופרטים מזהים אחרים לא יפורסמו.</w:t>
      </w:r>
    </w:p>
    <w:p>
      <w:pPr>
        <w:spacing w:after="160"/>
        <w:bidi w:val="1"/>
        <w:jc w:val="right"/>
      </w:pPr>
      <w:r>
        <w:rPr>
          <w:rFonts w:ascii="Arial" w:hAnsi="Arial" w:cs="Arial"/>
          <w:b/>
          <w:sz w:val="22"/>
          <w:rtl w:val="1"/>
        </w:rPr>
        <w:t>5. תמורה:</w:t>
      </w:r>
      <w:r>
        <w:rPr>
          <w:rFonts w:ascii="Arial" w:hAnsi="Arial" w:cs="Arial"/>
          <w:sz w:val="22"/>
          <w:rtl w:val="1"/>
        </w:rPr>
        <w:t xml:space="preserve"> אישור זה ניתן ללא תמורה נוספת מעבר לשירות הצילום שסוכם (או: בתמורה ל-______).</w:t>
      </w:r>
    </w:p>
    <w:p>
      <w:pPr>
        <w:spacing w:after="160"/>
        <w:bidi w:val="1"/>
        <w:jc w:val="right"/>
      </w:pPr>
      <w:r>
        <w:rPr>
          <w:rFonts w:ascii="Arial" w:hAnsi="Arial" w:cs="Arial"/>
          <w:b/>
          <w:sz w:val="22"/>
          <w:rtl w:val="1"/>
        </w:rPr>
        <w:t>6. זכויות:</w:t>
      </w:r>
      <w:r>
        <w:rPr>
          <w:rFonts w:ascii="Arial" w:hAnsi="Arial" w:cs="Arial"/>
          <w:sz w:val="22"/>
          <w:rtl w:val="1"/>
        </w:rPr>
        <w:t xml:space="preserve"> ככל שזכות היוצרים בתמונות שייכת לי לפי החוק או לפי ההסכם ביני לבין הצלם, אני מעניק לצלם רשות להשתמש בהן למטרות שסומנו בסעיף 3, ללא הגבלת זמן. אין באישור זה כדי לפגוע בשימוש האישי שלי בתמונות.</w:t>
      </w:r>
    </w:p>
    <w:p>
      <w:pPr>
        <w:spacing w:after="160"/>
        <w:bidi w:val="1"/>
        <w:jc w:val="right"/>
      </w:pPr>
      <w:r>
        <w:rPr>
          <w:rFonts w:ascii="Arial" w:hAnsi="Arial" w:cs="Arial"/>
          <w:b/>
          <w:sz w:val="22"/>
          <w:rtl w:val="1"/>
        </w:rPr>
        <w:t>7. עריכה:</w:t>
      </w:r>
      <w:r>
        <w:rPr>
          <w:rFonts w:ascii="Arial" w:hAnsi="Arial" w:cs="Arial"/>
          <w:sz w:val="22"/>
          <w:rtl w:val="1"/>
        </w:rPr>
        <w:t xml:space="preserve"> הצלם רשאי לחתוך, לעבד ולערוך את התמונות, ובלבד שלא יציג אותי באופן משפיל או מטעה.</w:t>
      </w:r>
    </w:p>
    <w:p>
      <w:pPr>
        <w:spacing w:after="160"/>
        <w:bidi w:val="1"/>
        <w:jc w:val="right"/>
      </w:pPr>
      <w:r>
        <w:rPr>
          <w:rFonts w:ascii="Arial" w:hAnsi="Arial" w:cs="Arial"/>
          <w:b/>
          <w:sz w:val="22"/>
          <w:rtl w:val="1"/>
        </w:rPr>
        <w:t>8. ביטול:</w:t>
      </w:r>
      <w:r>
        <w:rPr>
          <w:rFonts w:ascii="Arial" w:hAnsi="Arial" w:cs="Arial"/>
          <w:sz w:val="22"/>
          <w:rtl w:val="1"/>
        </w:rPr>
        <w:t xml:space="preserve"> אני רשאי לבטל אישור זה בהודעה בכתב. הצלם יסיר תמונות שפורסמו בערוצים שבשליטתו תוך ______ ימים, ולא יהיה אחראי לעותקים שהופצו על ידי אחרים לפני כן.</w:t>
      </w:r>
    </w:p>
    <w:p>
      <w:pPr>
        <w:spacing w:after="160"/>
        <w:bidi w:val="1"/>
        <w:jc w:val="right"/>
      </w:pPr>
      <w:r>
        <w:rPr>
          <w:rFonts w:ascii="Arial" w:hAnsi="Arial" w:cs="Arial"/>
          <w:b/>
          <w:sz w:val="22"/>
          <w:rtl w:val="1"/>
        </w:rPr>
        <w:t>9. חתימה:</w:t>
      </w:r>
      <w:r>
        <w:rPr>
          <w:rFonts w:ascii="Arial" w:hAnsi="Arial" w:cs="Arial"/>
          <w:sz w:val="22"/>
          <w:rtl w:val="1"/>
        </w:rPr>
        <w:t xml:space="preserve"> קראתי את המסמך והבנתי אותו. שם: ______ תאריך: ______ חתימה: ______.</w:t>
      </w:r>
    </w:p>
    <w:p>
      <w:pPr>
        <w:spacing w:after="200"/>
        <w:bidi w:val="1"/>
        <w:jc w:val="right"/>
      </w:pPr>
      <w:r>
        <w:rPr>
          <w:rFonts w:ascii="Arial" w:hAnsi="Arial" w:cs="Arial"/>
          <w:b w:val="0"/>
          <w:sz w:val="22"/>
          <w:rtl w:val="1"/>
        </w:rPr>
      </w:r>
    </w:p>
    <w:p>
      <w:pPr>
        <w:spacing w:after="160"/>
        <w:bidi w:val="1"/>
        <w:jc w:val="right"/>
      </w:pPr>
      <w:r>
        <w:rPr>
          <w:rFonts w:ascii="Arial" w:hAnsi="Arial" w:cs="Arial"/>
          <w:b w:val="0"/>
          <w:sz w:val="22"/>
          <w:rtl w:val="1"/>
        </w:rPr>
        <w:t>חתימה: ______________________    תאריך: ____________</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